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D65B2" w14:textId="77777777" w:rsidR="003649ED" w:rsidRDefault="003649ED">
      <w:pPr>
        <w:autoSpaceDE w:val="0"/>
        <w:autoSpaceDN w:val="0"/>
        <w:spacing w:after="78" w:line="220" w:lineRule="exact"/>
      </w:pPr>
    </w:p>
    <w:p w14:paraId="41231D21" w14:textId="77777777" w:rsidR="003649ED" w:rsidRPr="00907DE8" w:rsidRDefault="00C54418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14:paraId="7B214F0E" w14:textId="77777777" w:rsidR="003649ED" w:rsidRPr="00907DE8" w:rsidRDefault="00C54418">
      <w:pPr>
        <w:autoSpaceDE w:val="0"/>
        <w:autoSpaceDN w:val="0"/>
        <w:spacing w:before="670" w:after="0" w:line="230" w:lineRule="auto"/>
        <w:ind w:left="2286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14:paraId="47E2C4A5" w14:textId="77777777" w:rsidR="003649ED" w:rsidRPr="00907DE8" w:rsidRDefault="00C54418">
      <w:pPr>
        <w:autoSpaceDE w:val="0"/>
        <w:autoSpaceDN w:val="0"/>
        <w:spacing w:before="670" w:after="0" w:line="230" w:lineRule="auto"/>
        <w:ind w:right="2522"/>
        <w:jc w:val="right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Исполнительный комитет Алексеевского МР РТ</w:t>
      </w:r>
    </w:p>
    <w:p w14:paraId="619ED1D2" w14:textId="77777777" w:rsidR="003649ED" w:rsidRPr="00907DE8" w:rsidRDefault="00C54418">
      <w:pPr>
        <w:autoSpaceDE w:val="0"/>
        <w:autoSpaceDN w:val="0"/>
        <w:spacing w:before="670" w:after="1376" w:line="230" w:lineRule="auto"/>
        <w:ind w:right="3066"/>
        <w:jc w:val="right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МБОУ Подлесношенталинская ООШ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3540"/>
        <w:gridCol w:w="3300"/>
      </w:tblGrid>
      <w:tr w:rsidR="003649ED" w14:paraId="4A879C6D" w14:textId="77777777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14:paraId="24E44400" w14:textId="77777777" w:rsidR="003649ED" w:rsidRDefault="00C54418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14:paraId="64117E41" w14:textId="77777777" w:rsidR="003649ED" w:rsidRDefault="00C54418">
            <w:pPr>
              <w:autoSpaceDE w:val="0"/>
              <w:autoSpaceDN w:val="0"/>
              <w:spacing w:before="4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14:paraId="0E255DAE" w14:textId="77777777" w:rsidR="003649ED" w:rsidRDefault="00C54418">
            <w:pPr>
              <w:autoSpaceDE w:val="0"/>
              <w:autoSpaceDN w:val="0"/>
              <w:spacing w:before="4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3649ED" w14:paraId="389F721E" w14:textId="77777777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14:paraId="4F88CEA0" w14:textId="77777777" w:rsidR="003649ED" w:rsidRDefault="00C54418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Педсоветом</w:t>
            </w: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14:paraId="4E6B9F79" w14:textId="77777777" w:rsidR="003649ED" w:rsidRDefault="00C54418">
            <w:pPr>
              <w:autoSpaceDE w:val="0"/>
              <w:autoSpaceDN w:val="0"/>
              <w:spacing w:after="0" w:line="230" w:lineRule="auto"/>
              <w:ind w:right="1446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 .по УВР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14:paraId="11D1CC83" w14:textId="77777777" w:rsidR="003649ED" w:rsidRDefault="00C54418">
            <w:pPr>
              <w:autoSpaceDE w:val="0"/>
              <w:autoSpaceDN w:val="0"/>
              <w:spacing w:after="0" w:line="230" w:lineRule="auto"/>
              <w:ind w:right="1476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14:paraId="57E9A909" w14:textId="77777777" w:rsidR="003649ED" w:rsidRDefault="003649ED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520"/>
        <w:gridCol w:w="3400"/>
      </w:tblGrid>
      <w:tr w:rsidR="003649ED" w14:paraId="0025C670" w14:textId="77777777">
        <w:trPr>
          <w:trHeight w:hRule="exact" w:val="362"/>
        </w:trPr>
        <w:tc>
          <w:tcPr>
            <w:tcW w:w="3022" w:type="dxa"/>
            <w:tcMar>
              <w:left w:w="0" w:type="dxa"/>
              <w:right w:w="0" w:type="dxa"/>
            </w:tcMar>
          </w:tcPr>
          <w:p w14:paraId="3A06AAB1" w14:textId="1A2392C5" w:rsidR="003649ED" w:rsidRDefault="00C54418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14:paraId="2CCF1BC6" w14:textId="61C248C6" w:rsidR="003649ED" w:rsidRDefault="00C54418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14:paraId="20693BBF" w14:textId="756EB4C6" w:rsidR="003649ED" w:rsidRDefault="00C54418">
            <w:pPr>
              <w:autoSpaceDE w:val="0"/>
              <w:autoSpaceDN w:val="0"/>
              <w:spacing w:before="60"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______________.</w:t>
            </w:r>
          </w:p>
        </w:tc>
      </w:tr>
      <w:tr w:rsidR="003649ED" w14:paraId="68C2B7CD" w14:textId="77777777">
        <w:trPr>
          <w:trHeight w:hRule="exact" w:val="420"/>
        </w:trPr>
        <w:tc>
          <w:tcPr>
            <w:tcW w:w="3022" w:type="dxa"/>
            <w:tcMar>
              <w:left w:w="0" w:type="dxa"/>
              <w:right w:w="0" w:type="dxa"/>
            </w:tcMar>
          </w:tcPr>
          <w:p w14:paraId="443A6511" w14:textId="77777777" w:rsidR="003649ED" w:rsidRDefault="00C54418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14:paraId="0F4427BB" w14:textId="77777777" w:rsidR="003649ED" w:rsidRDefault="00C54418">
            <w:pPr>
              <w:autoSpaceDE w:val="0"/>
              <w:autoSpaceDN w:val="0"/>
              <w:spacing w:before="106"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14:paraId="44B4D7AC" w14:textId="77777777" w:rsidR="003649ED" w:rsidRDefault="00C54418">
            <w:pPr>
              <w:autoSpaceDE w:val="0"/>
              <w:autoSpaceDN w:val="0"/>
              <w:spacing w:before="106"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№80</w:t>
            </w:r>
          </w:p>
        </w:tc>
      </w:tr>
      <w:tr w:rsidR="003649ED" w14:paraId="25061832" w14:textId="77777777">
        <w:trPr>
          <w:trHeight w:hRule="exact" w:val="380"/>
        </w:trPr>
        <w:tc>
          <w:tcPr>
            <w:tcW w:w="3022" w:type="dxa"/>
            <w:tcMar>
              <w:left w:w="0" w:type="dxa"/>
              <w:right w:w="0" w:type="dxa"/>
            </w:tcMar>
          </w:tcPr>
          <w:p w14:paraId="111216E8" w14:textId="040224F7" w:rsidR="003649ED" w:rsidRDefault="00C54418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08</w:t>
            </w:r>
            <w:r w:rsidR="007C441F">
              <w:rPr>
                <w:rFonts w:ascii="Times New Roman" w:eastAsia="Times New Roman" w:hAnsi="Times New Roman"/>
                <w:color w:val="000000"/>
                <w:w w:val="102"/>
                <w:sz w:val="20"/>
                <w:lang w:val="tt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14:paraId="7E05772D" w14:textId="72686F3E" w:rsidR="003649ED" w:rsidRDefault="00C54418">
            <w:pPr>
              <w:autoSpaceDE w:val="0"/>
              <w:autoSpaceDN w:val="0"/>
              <w:spacing w:before="94"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08</w:t>
            </w:r>
            <w:r w:rsidR="007C441F">
              <w:rPr>
                <w:rFonts w:ascii="Times New Roman" w:eastAsia="Times New Roman" w:hAnsi="Times New Roman"/>
                <w:color w:val="000000"/>
                <w:w w:val="102"/>
                <w:sz w:val="20"/>
                <w:lang w:val="tt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2022 г.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14:paraId="32BA02B1" w14:textId="007D56E8" w:rsidR="003649ED" w:rsidRDefault="00C54418">
            <w:pPr>
              <w:autoSpaceDE w:val="0"/>
              <w:autoSpaceDN w:val="0"/>
              <w:spacing w:before="94"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08</w:t>
            </w:r>
            <w:r w:rsidR="007C441F">
              <w:rPr>
                <w:rFonts w:ascii="Times New Roman" w:eastAsia="Times New Roman" w:hAnsi="Times New Roman"/>
                <w:color w:val="000000"/>
                <w:w w:val="102"/>
                <w:sz w:val="20"/>
                <w:lang w:val="tt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</w:tr>
    </w:tbl>
    <w:p w14:paraId="75DAEC1C" w14:textId="77777777" w:rsidR="003649ED" w:rsidRDefault="00C54418">
      <w:pPr>
        <w:autoSpaceDE w:val="0"/>
        <w:autoSpaceDN w:val="0"/>
        <w:spacing w:before="978" w:after="0" w:line="230" w:lineRule="auto"/>
        <w:ind w:right="364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14:paraId="6AA0E5FB" w14:textId="77777777" w:rsidR="003649ED" w:rsidRPr="00361A18" w:rsidRDefault="00C54418">
      <w:pPr>
        <w:autoSpaceDE w:val="0"/>
        <w:autoSpaceDN w:val="0"/>
        <w:spacing w:before="70" w:after="0" w:line="230" w:lineRule="auto"/>
        <w:ind w:right="4416"/>
        <w:jc w:val="right"/>
        <w:rPr>
          <w:lang w:val="ru-RU"/>
        </w:rPr>
      </w:pPr>
      <w:r w:rsidRPr="00361A18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361A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3925694)</w:t>
      </w:r>
    </w:p>
    <w:p w14:paraId="39A3B91B" w14:textId="77777777" w:rsidR="003649ED" w:rsidRPr="00361A18" w:rsidRDefault="00C54418">
      <w:pPr>
        <w:autoSpaceDE w:val="0"/>
        <w:autoSpaceDN w:val="0"/>
        <w:spacing w:before="166" w:after="0" w:line="230" w:lineRule="auto"/>
        <w:ind w:right="4016"/>
        <w:jc w:val="right"/>
        <w:rPr>
          <w:lang w:val="ru-RU"/>
        </w:rPr>
      </w:pPr>
      <w:r w:rsidRPr="00361A18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14:paraId="5901225D" w14:textId="77777777" w:rsidR="003649ED" w:rsidRPr="00361A18" w:rsidRDefault="00C54418">
      <w:pPr>
        <w:autoSpaceDE w:val="0"/>
        <w:autoSpaceDN w:val="0"/>
        <w:spacing w:before="70" w:after="0" w:line="230" w:lineRule="auto"/>
        <w:ind w:right="4268"/>
        <w:jc w:val="right"/>
        <w:rPr>
          <w:lang w:val="ru-RU"/>
        </w:rPr>
      </w:pPr>
      <w:r w:rsidRPr="00361A18">
        <w:rPr>
          <w:rFonts w:ascii="Times New Roman" w:eastAsia="Times New Roman" w:hAnsi="Times New Roman"/>
          <w:color w:val="000000"/>
          <w:sz w:val="24"/>
          <w:lang w:val="ru-RU"/>
        </w:rPr>
        <w:t>«Технология»</w:t>
      </w:r>
    </w:p>
    <w:p w14:paraId="1B9036A9" w14:textId="77777777" w:rsidR="003649ED" w:rsidRPr="00361A18" w:rsidRDefault="00C54418">
      <w:pPr>
        <w:autoSpaceDE w:val="0"/>
        <w:autoSpaceDN w:val="0"/>
        <w:spacing w:before="670" w:after="0" w:line="230" w:lineRule="auto"/>
        <w:ind w:right="2730"/>
        <w:jc w:val="right"/>
        <w:rPr>
          <w:lang w:val="ru-RU"/>
        </w:rPr>
      </w:pPr>
      <w:r w:rsidRPr="00361A18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14:paraId="068DA1F4" w14:textId="77777777" w:rsidR="003649ED" w:rsidRPr="00361A18" w:rsidRDefault="00C54418">
      <w:pPr>
        <w:autoSpaceDE w:val="0"/>
        <w:autoSpaceDN w:val="0"/>
        <w:spacing w:before="70" w:after="0" w:line="230" w:lineRule="auto"/>
        <w:ind w:right="3614"/>
        <w:jc w:val="right"/>
        <w:rPr>
          <w:lang w:val="ru-RU"/>
        </w:rPr>
      </w:pPr>
      <w:r w:rsidRPr="00361A18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14:paraId="028AB5BB" w14:textId="3319F42F" w:rsidR="003649ED" w:rsidRPr="00361A18" w:rsidRDefault="00C54418">
      <w:pPr>
        <w:autoSpaceDE w:val="0"/>
        <w:autoSpaceDN w:val="0"/>
        <w:spacing w:before="2112" w:after="0" w:line="230" w:lineRule="auto"/>
        <w:ind w:right="30"/>
        <w:jc w:val="right"/>
        <w:rPr>
          <w:lang w:val="ru-RU"/>
        </w:rPr>
      </w:pPr>
      <w:r w:rsidRPr="00361A18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</w:p>
    <w:p w14:paraId="1E6A813B" w14:textId="77777777" w:rsidR="003649ED" w:rsidRPr="00361A18" w:rsidRDefault="00C54418">
      <w:pPr>
        <w:autoSpaceDE w:val="0"/>
        <w:autoSpaceDN w:val="0"/>
        <w:spacing w:before="70" w:after="0" w:line="230" w:lineRule="auto"/>
        <w:ind w:right="20"/>
        <w:jc w:val="right"/>
        <w:rPr>
          <w:lang w:val="ru-RU"/>
        </w:rPr>
      </w:pPr>
      <w:r w:rsidRPr="00361A18">
        <w:rPr>
          <w:rFonts w:ascii="Times New Roman" w:eastAsia="Times New Roman" w:hAnsi="Times New Roman"/>
          <w:color w:val="000000"/>
          <w:sz w:val="24"/>
          <w:lang w:val="ru-RU"/>
        </w:rPr>
        <w:t>учитель технологии</w:t>
      </w:r>
    </w:p>
    <w:p w14:paraId="76EC740C" w14:textId="77777777" w:rsidR="003649ED" w:rsidRPr="00361A18" w:rsidRDefault="00C54418">
      <w:pPr>
        <w:autoSpaceDE w:val="0"/>
        <w:autoSpaceDN w:val="0"/>
        <w:spacing w:before="2830" w:after="0" w:line="230" w:lineRule="auto"/>
        <w:ind w:right="3714"/>
        <w:jc w:val="right"/>
        <w:rPr>
          <w:lang w:val="ru-RU"/>
        </w:rPr>
      </w:pPr>
      <w:r w:rsidRPr="00361A18">
        <w:rPr>
          <w:rFonts w:ascii="Times New Roman" w:eastAsia="Times New Roman" w:hAnsi="Times New Roman"/>
          <w:color w:val="000000"/>
          <w:sz w:val="24"/>
          <w:lang w:val="ru-RU"/>
        </w:rPr>
        <w:t>Подлесная Шентала 2022</w:t>
      </w:r>
    </w:p>
    <w:p w14:paraId="682CE95E" w14:textId="77777777" w:rsidR="003649ED" w:rsidRPr="00361A18" w:rsidRDefault="003649ED">
      <w:pPr>
        <w:rPr>
          <w:lang w:val="ru-RU"/>
        </w:rPr>
        <w:sectPr w:rsidR="003649ED" w:rsidRPr="00361A18">
          <w:pgSz w:w="11900" w:h="16840"/>
          <w:pgMar w:top="298" w:right="876" w:bottom="296" w:left="738" w:header="720" w:footer="720" w:gutter="0"/>
          <w:cols w:space="720" w:equalWidth="0">
            <w:col w:w="10286" w:space="0"/>
          </w:cols>
          <w:docGrid w:linePitch="360"/>
        </w:sectPr>
      </w:pPr>
    </w:p>
    <w:p w14:paraId="3FC2E84E" w14:textId="77777777" w:rsidR="003649ED" w:rsidRPr="00361A18" w:rsidRDefault="003649ED">
      <w:pPr>
        <w:autoSpaceDE w:val="0"/>
        <w:autoSpaceDN w:val="0"/>
        <w:spacing w:after="78" w:line="220" w:lineRule="exact"/>
        <w:rPr>
          <w:lang w:val="ru-RU"/>
        </w:rPr>
      </w:pPr>
    </w:p>
    <w:p w14:paraId="3356C4D7" w14:textId="77777777" w:rsidR="003649ED" w:rsidRPr="00361A18" w:rsidRDefault="00C54418">
      <w:pPr>
        <w:autoSpaceDE w:val="0"/>
        <w:autoSpaceDN w:val="0"/>
        <w:spacing w:after="0" w:line="230" w:lineRule="auto"/>
        <w:rPr>
          <w:lang w:val="ru-RU"/>
        </w:rPr>
      </w:pPr>
      <w:r w:rsidRPr="00361A18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14:paraId="22CA310B" w14:textId="77777777" w:rsidR="003649ED" w:rsidRPr="00907DE8" w:rsidRDefault="00C54418">
      <w:pPr>
        <w:autoSpaceDE w:val="0"/>
        <w:autoSpaceDN w:val="0"/>
        <w:spacing w:before="346" w:after="0" w:line="230" w:lineRule="auto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НАУЧНЫЙ, ОБШЕКУЛЬТУРНЫЙ И ОБРАЗОВАТЕЛЬНЫЙ КОНТЕНТ ТЕХНОЛОГИИ </w:t>
      </w:r>
    </w:p>
    <w:p w14:paraId="41C82AAB" w14:textId="77777777" w:rsidR="003649ED" w:rsidRPr="00907DE8" w:rsidRDefault="00C54418">
      <w:pPr>
        <w:autoSpaceDE w:val="0"/>
        <w:autoSpaceDN w:val="0"/>
        <w:spacing w:before="166" w:after="0" w:line="271" w:lineRule="auto"/>
        <w:ind w:right="336" w:firstLine="180"/>
        <w:jc w:val="both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Фундаментальной задачей общего образования является освоение учащимися наиболее значимых аспектов реальности. К таким аспектам, несомненно, относится и преобразовательная деятельность человека.</w:t>
      </w:r>
    </w:p>
    <w:p w14:paraId="3719BA63" w14:textId="77777777" w:rsidR="003649ED" w:rsidRPr="00907DE8" w:rsidRDefault="00C54418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14:paraId="711040C1" w14:textId="77777777" w:rsidR="003649ED" w:rsidRPr="00907DE8" w:rsidRDefault="00C54418">
      <w:pPr>
        <w:autoSpaceDE w:val="0"/>
        <w:autoSpaceDN w:val="0"/>
        <w:spacing w:before="72" w:after="0"/>
        <w:ind w:firstLine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14:paraId="17910F52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Стержнем названной концепции является технология как логическое развитие «метода» в следующих аспектах: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открывается принципиальная возможность автоматизации процессов изготовления изделий (что постепенно распространяется практически на все аспекты человеческой жизни).</w:t>
      </w:r>
    </w:p>
    <w:p w14:paraId="33058326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14:paraId="758511C8" w14:textId="77777777" w:rsidR="003649ED" w:rsidRPr="00907DE8" w:rsidRDefault="00C54418">
      <w:pPr>
        <w:autoSpaceDE w:val="0"/>
        <w:autoSpaceDN w:val="0"/>
        <w:spacing w:before="70" w:after="0"/>
        <w:ind w:left="180" w:right="432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 ХХ веке сущность технологии была осмыслена в различных плоскостях: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были выделены структуры, родственные понятию технологии, прежде всего, понятие алгоритма; проанализирован феномен зарождающегося технологического общества;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исследованы социальные аспекты технологии.</w:t>
      </w:r>
    </w:p>
    <w:p w14:paraId="0D0822B7" w14:textId="77777777" w:rsidR="003649ED" w:rsidRPr="00907DE8" w:rsidRDefault="00C54418">
      <w:pPr>
        <w:autoSpaceDE w:val="0"/>
        <w:autoSpaceDN w:val="0"/>
        <w:spacing w:before="70" w:after="0"/>
        <w:ind w:firstLine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структура человеческой деятельности — в ней важнейшую роль стал играть информационный фактор.</w:t>
      </w:r>
    </w:p>
    <w:p w14:paraId="0C28801B" w14:textId="77777777" w:rsidR="003649ED" w:rsidRPr="00907DE8" w:rsidRDefault="00C54418">
      <w:pPr>
        <w:autoSpaceDE w:val="0"/>
        <w:autoSpaceDN w:val="0"/>
        <w:spacing w:before="70" w:after="0" w:line="288" w:lineRule="auto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Исключительно значимыми оказались социальные последствия внедрения ИТ и ИКТ, которые послужили базой разработки и широкого распространения социальных сетей и процесса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 — «Концепция преподавания предметной области «Технология»).</w:t>
      </w:r>
    </w:p>
    <w:p w14:paraId="08C73313" w14:textId="77777777" w:rsidR="003649ED" w:rsidRPr="00907DE8" w:rsidRDefault="00C54418">
      <w:pPr>
        <w:autoSpaceDE w:val="0"/>
        <w:autoSpaceDN w:val="0"/>
        <w:spacing w:before="262" w:after="0" w:line="262" w:lineRule="auto"/>
        <w:ind w:right="144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ПРЕДМЕТНОЙ ОБЛАСТИ «ТЕХНОЛОГИЯ» В ОСНОВНОМ ОБЩЕМ ОБРАЗОВАНИИ</w:t>
      </w:r>
    </w:p>
    <w:p w14:paraId="5CFF1A45" w14:textId="77777777" w:rsidR="003649ED" w:rsidRPr="00907DE8" w:rsidRDefault="00C54418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</w:t>
      </w: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освоения предметной области «Технология» является формирование</w:t>
      </w:r>
    </w:p>
    <w:p w14:paraId="419FB603" w14:textId="77777777" w:rsidR="003649ED" w:rsidRPr="00907DE8" w:rsidRDefault="003649ED">
      <w:pPr>
        <w:rPr>
          <w:lang w:val="ru-RU"/>
        </w:rPr>
        <w:sectPr w:rsidR="003649ED" w:rsidRPr="00907DE8">
          <w:pgSz w:w="11900" w:h="16840"/>
          <w:pgMar w:top="298" w:right="640" w:bottom="432" w:left="666" w:header="720" w:footer="720" w:gutter="0"/>
          <w:cols w:space="720" w:equalWidth="0">
            <w:col w:w="10594" w:space="0"/>
          </w:cols>
          <w:docGrid w:linePitch="360"/>
        </w:sectPr>
      </w:pPr>
    </w:p>
    <w:p w14:paraId="27166EFA" w14:textId="77777777" w:rsidR="003649ED" w:rsidRPr="00907DE8" w:rsidRDefault="003649ED">
      <w:pPr>
        <w:autoSpaceDE w:val="0"/>
        <w:autoSpaceDN w:val="0"/>
        <w:spacing w:after="66" w:line="220" w:lineRule="exact"/>
        <w:rPr>
          <w:lang w:val="ru-RU"/>
        </w:rPr>
      </w:pPr>
    </w:p>
    <w:p w14:paraId="22AC3727" w14:textId="77777777" w:rsidR="003649ED" w:rsidRPr="00907DE8" w:rsidRDefault="00C54418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14:paraId="43CC8DD6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курса технологии являются: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навыка использования в трудовой деятельности цифровых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инструментов и программных сервисов, а также когнитивных инструментов и технологий;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196A2D33" w14:textId="77777777" w:rsidR="003649ED" w:rsidRPr="00907DE8" w:rsidRDefault="00C54418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14:paraId="1954CAEE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Важно подчеркнуть, что именно в технологии реализуются все аспекты фундаментальной для образования категории «знания», а именно: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понятийное знание, которое складывается из набора понятий, характеризующих данную предметную область;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алгоритмическое (технологическое) знание — знание методов, технологий, приводящих к желаемому результату при соблюдении определённых условий;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предметное знание, складывающееся из знания и понимания сути законов и закономерностей, применяемых в той или иной предметной области;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методологическое знание — знание общих закономерностей изучаемых явлений и процессов.</w:t>
      </w:r>
    </w:p>
    <w:p w14:paraId="64F9D849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и всякий общеобразовательный предмет, «Технология» отражает наиболее значимые аспекты действительности, которые состоят в следующем: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технологизация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 — необходимо целенаправленное освоение всех этапов технологической цепочки и полного цикла решения поставленной задачи. При этом возможны следующие уровни освоения технологии: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представления;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пользователя;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когнитивно-продуктивный уровень (создание технологий);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практически вся современная профессиональная деятельность, включая ручной труд,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осуществляется с применением информационных и цифровых технологий, формирование навыков</w:t>
      </w:r>
    </w:p>
    <w:p w14:paraId="5FEB61D4" w14:textId="77777777" w:rsidR="003649ED" w:rsidRPr="00907DE8" w:rsidRDefault="003649ED">
      <w:pPr>
        <w:rPr>
          <w:lang w:val="ru-RU"/>
        </w:rPr>
        <w:sectPr w:rsidR="003649ED" w:rsidRPr="00907DE8">
          <w:pgSz w:w="11900" w:h="16840"/>
          <w:pgMar w:top="286" w:right="652" w:bottom="438" w:left="666" w:header="720" w:footer="720" w:gutter="0"/>
          <w:cols w:space="720" w:equalWidth="0">
            <w:col w:w="10582" w:space="0"/>
          </w:cols>
          <w:docGrid w:linePitch="360"/>
        </w:sectPr>
      </w:pPr>
    </w:p>
    <w:p w14:paraId="6414DEC6" w14:textId="77777777" w:rsidR="003649ED" w:rsidRPr="00907DE8" w:rsidRDefault="003649ED">
      <w:pPr>
        <w:autoSpaceDE w:val="0"/>
        <w:autoSpaceDN w:val="0"/>
        <w:spacing w:after="66" w:line="220" w:lineRule="exact"/>
        <w:rPr>
          <w:lang w:val="ru-RU"/>
        </w:rPr>
      </w:pPr>
    </w:p>
    <w:p w14:paraId="0FB34D31" w14:textId="77777777" w:rsidR="003649ED" w:rsidRPr="00907DE8" w:rsidRDefault="00C54418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этих технологий при изготовлении изделий становится важной задачей в курсе технологии;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 —информационно-когнитивных, нацеленных на освоение учащимися знаний, на развитии умения учиться.</w:t>
      </w:r>
    </w:p>
    <w:p w14:paraId="6CA4FC8E" w14:textId="77777777" w:rsidR="003649ED" w:rsidRPr="00907DE8" w:rsidRDefault="00C54418">
      <w:pPr>
        <w:autoSpaceDE w:val="0"/>
        <w:autoSpaceDN w:val="0"/>
        <w:spacing w:before="262" w:after="0" w:line="230" w:lineRule="auto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</w:p>
    <w:p w14:paraId="1079D6CA" w14:textId="77777777" w:rsidR="003649ED" w:rsidRPr="00907DE8" w:rsidRDefault="00C54418">
      <w:pPr>
        <w:autoSpaceDE w:val="0"/>
        <w:autoSpaceDN w:val="0"/>
        <w:spacing w:before="166" w:after="0" w:line="278" w:lineRule="auto"/>
        <w:ind w:right="432" w:firstLine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 — построения и анализа разнообразных моделей. Только в этом случае можно достичь когнитивно-продуктивного уровня освоения технологий.</w:t>
      </w:r>
    </w:p>
    <w:p w14:paraId="2D31B8F5" w14:textId="77777777" w:rsidR="003649ED" w:rsidRPr="00907DE8" w:rsidRDefault="00C5441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Современный курс технологии построен по модульному принципу.</w:t>
      </w:r>
    </w:p>
    <w:p w14:paraId="679163F8" w14:textId="77777777" w:rsidR="003649ED" w:rsidRPr="00907DE8" w:rsidRDefault="00C54418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Модульность — ведущий методический принцип построения содержания современных учебных 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14:paraId="4FB5208C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Модуль «Производство и технология»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осуществ​ляется на протяжении всего курса «Технология» с 5 по 9 класс. Содержание модуля построено по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«восходящему» принципу: от умений реализации имеющихся технологий к их оценке и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совершенствованию, а от них — к знаниям и умениям, позволяющим создавать технологии. Освоение технологического подхода осуществляется в диалектике с творческими методами создания значимых для человека продуктов.</w:t>
      </w:r>
    </w:p>
    <w:p w14:paraId="72AE7392" w14:textId="77777777" w:rsidR="003649ED" w:rsidRPr="00907DE8" w:rsidRDefault="00C54418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востребованных в профессиональной сфере технологий 4-й промышленной революции.</w:t>
      </w:r>
    </w:p>
    <w:p w14:paraId="2994AAA4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Модуль «Технологии обработки материалов и пищевых продуктов»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данном модуле на конкретных примерах показана реализация общих положений,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14:paraId="47632022" w14:textId="77777777" w:rsidR="003649ED" w:rsidRPr="00907DE8" w:rsidRDefault="00C54418">
      <w:pPr>
        <w:autoSpaceDE w:val="0"/>
        <w:autoSpaceDN w:val="0"/>
        <w:spacing w:before="262" w:after="0" w:line="230" w:lineRule="auto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«ТЕХНОЛОГИЯ» В УЧЕБНОМ ПЛАНЕ.</w:t>
      </w:r>
    </w:p>
    <w:p w14:paraId="40D487ED" w14:textId="77777777" w:rsidR="003649ED" w:rsidRPr="00907DE8" w:rsidRDefault="00C54418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"Технология" изучается в 5 классе два часа в неделе, общий объем составляет 68 часов.</w:t>
      </w:r>
    </w:p>
    <w:p w14:paraId="346F6531" w14:textId="77777777" w:rsidR="003649ED" w:rsidRPr="00907DE8" w:rsidRDefault="003649ED">
      <w:pPr>
        <w:rPr>
          <w:lang w:val="ru-RU"/>
        </w:rPr>
        <w:sectPr w:rsidR="003649ED" w:rsidRPr="00907DE8">
          <w:pgSz w:w="11900" w:h="16840"/>
          <w:pgMar w:top="286" w:right="658" w:bottom="1038" w:left="666" w:header="720" w:footer="720" w:gutter="0"/>
          <w:cols w:space="720" w:equalWidth="0">
            <w:col w:w="10576" w:space="0"/>
          </w:cols>
          <w:docGrid w:linePitch="360"/>
        </w:sectPr>
      </w:pPr>
    </w:p>
    <w:p w14:paraId="3089D754" w14:textId="77777777" w:rsidR="003649ED" w:rsidRPr="00907DE8" w:rsidRDefault="003649ED">
      <w:pPr>
        <w:autoSpaceDE w:val="0"/>
        <w:autoSpaceDN w:val="0"/>
        <w:spacing w:after="78" w:line="220" w:lineRule="exact"/>
        <w:rPr>
          <w:lang w:val="ru-RU"/>
        </w:rPr>
      </w:pPr>
    </w:p>
    <w:p w14:paraId="331672C7" w14:textId="77777777" w:rsidR="003649ED" w:rsidRPr="00907DE8" w:rsidRDefault="00C54418">
      <w:pPr>
        <w:autoSpaceDE w:val="0"/>
        <w:autoSpaceDN w:val="0"/>
        <w:spacing w:after="0" w:line="230" w:lineRule="auto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14:paraId="7F3E1E25" w14:textId="77777777" w:rsidR="003649ED" w:rsidRPr="00907DE8" w:rsidRDefault="00C54418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ИНВАРИАНТНЫЕ МОДУЛИ</w:t>
      </w:r>
    </w:p>
    <w:p w14:paraId="0D177A30" w14:textId="77777777" w:rsidR="003649ED" w:rsidRPr="00907DE8" w:rsidRDefault="00C54418">
      <w:pPr>
        <w:autoSpaceDE w:val="0"/>
        <w:autoSpaceDN w:val="0"/>
        <w:spacing w:before="190" w:after="0" w:line="262" w:lineRule="auto"/>
        <w:ind w:left="180" w:right="4608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технология»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Преобразовательная деятельность человека.</w:t>
      </w:r>
    </w:p>
    <w:p w14:paraId="58B749F2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Технологии вокруг нас. Алгоритмы и начала технологии. Возможность формального исполнения алгоритма. Робот как исполнитель алгоритма. Робот как механизм.</w:t>
      </w:r>
    </w:p>
    <w:p w14:paraId="0A9C9FD6" w14:textId="77777777" w:rsidR="003649ED" w:rsidRPr="00907DE8" w:rsidRDefault="00C5441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Простейшие машины и механизмы.</w:t>
      </w:r>
    </w:p>
    <w:p w14:paraId="35AC7CD4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Двигатели машин. Виды двигателей. Передаточные механизмы. Виды и характеристики передаточных механизмов.</w:t>
      </w:r>
    </w:p>
    <w:p w14:paraId="353DB1AD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Механические передачи. Обратная связь. Механические конструкторы. Робототехнические конструкторы. Простые механические модели. Простые управляемые модели.</w:t>
      </w:r>
    </w:p>
    <w:p w14:paraId="1AD5F977" w14:textId="77777777" w:rsidR="003649ED" w:rsidRPr="00907DE8" w:rsidRDefault="00C54418">
      <w:pPr>
        <w:autoSpaceDE w:val="0"/>
        <w:autoSpaceDN w:val="0"/>
        <w:spacing w:before="190" w:after="0" w:line="262" w:lineRule="auto"/>
        <w:ind w:left="180" w:right="2880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«Технология обработки материалов и пищевых продуктов»Раздел. Структура технологии: от материала к изделию.</w:t>
      </w:r>
    </w:p>
    <w:p w14:paraId="1DD005E0" w14:textId="77777777" w:rsidR="003649ED" w:rsidRPr="00907DE8" w:rsidRDefault="00C5441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Основные элементы структуры технологии: действия, операции, этапы. Технологическая карта.</w:t>
      </w:r>
    </w:p>
    <w:p w14:paraId="507E2C54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Проектирование, моделирование, конструирование — основные составляющие технологии. Технологии и алгоритмы.</w:t>
      </w:r>
    </w:p>
    <w:p w14:paraId="13777713" w14:textId="77777777" w:rsidR="003649ED" w:rsidRPr="00907DE8" w:rsidRDefault="00C5441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Материалы и их свойства.</w:t>
      </w:r>
    </w:p>
    <w:p w14:paraId="691FBE3C" w14:textId="77777777" w:rsidR="003649ED" w:rsidRPr="00907DE8" w:rsidRDefault="00C54418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Сырьё и материалы как основы производства. Натуральное, искусственное, синтетическое сырьё и материалы. Конструкционные материалы. Физические и технологические свойства конструкционных материалов.</w:t>
      </w:r>
    </w:p>
    <w:p w14:paraId="01D1F5B1" w14:textId="77777777" w:rsidR="003649ED" w:rsidRPr="00907DE8" w:rsidRDefault="00C5441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Бумага и её свойства. Различные изделия из бумаги. Потребность человека в бумаге.</w:t>
      </w:r>
    </w:p>
    <w:p w14:paraId="6ECB3E5F" w14:textId="77777777" w:rsidR="003649ED" w:rsidRPr="00907DE8" w:rsidRDefault="00C5441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Ткань и её свойства. Изделия из ткани. Виды тканей.</w:t>
      </w:r>
    </w:p>
    <w:p w14:paraId="0624AFC3" w14:textId="77777777" w:rsidR="003649ED" w:rsidRPr="00907DE8" w:rsidRDefault="00C5441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Древесина и её свойства. Древесные материалы и их применение. Изделия из древесины.</w:t>
      </w:r>
    </w:p>
    <w:p w14:paraId="48778FF3" w14:textId="77777777" w:rsidR="003649ED" w:rsidRPr="00907DE8" w:rsidRDefault="00C54418">
      <w:pPr>
        <w:autoSpaceDE w:val="0"/>
        <w:autoSpaceDN w:val="0"/>
        <w:spacing w:before="70" w:after="0" w:line="230" w:lineRule="auto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Потребность человечества в древесине. Сохранение лесов.</w:t>
      </w:r>
    </w:p>
    <w:p w14:paraId="2DDA3B64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Металлы и их свойства. Металлические части машин и механизмов. Тонколистовая сталь и проволока.</w:t>
      </w:r>
    </w:p>
    <w:p w14:paraId="28252433" w14:textId="77777777" w:rsidR="003649ED" w:rsidRPr="00907DE8" w:rsidRDefault="00C5441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Пластические массы (пластмассы) и их свойства. Работа с пластмассами.</w:t>
      </w:r>
    </w:p>
    <w:p w14:paraId="33EA8D33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Наноструктуры и их использование в различных технологиях. Природные и синтетические наноструктуры.</w:t>
      </w:r>
    </w:p>
    <w:p w14:paraId="48379ABE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Композиты и нанокомпозиты, их применение. Умные материалы и их применение. Аллотропные соединения углерода.</w:t>
      </w:r>
    </w:p>
    <w:p w14:paraId="1838543A" w14:textId="77777777" w:rsidR="003649ED" w:rsidRPr="00907DE8" w:rsidRDefault="00C5441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Основные ручные инструменты.</w:t>
      </w:r>
    </w:p>
    <w:p w14:paraId="4403E972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Инструменты для работы с бумагой. Инструменты для работы с тканью. Инструменты для работы с древесиной. Инструменты для работы с металлом.</w:t>
      </w:r>
    </w:p>
    <w:p w14:paraId="651F92FA" w14:textId="77777777" w:rsidR="003649ED" w:rsidRPr="00907DE8" w:rsidRDefault="00C5441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Компьютерные инструменты.</w:t>
      </w:r>
    </w:p>
    <w:p w14:paraId="0756757D" w14:textId="77777777" w:rsidR="003649ED" w:rsidRPr="00907DE8" w:rsidRDefault="00C5441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Трудовые действия как основные слагаемые технологии.</w:t>
      </w:r>
    </w:p>
    <w:p w14:paraId="1AE5E8C5" w14:textId="77777777" w:rsidR="003649ED" w:rsidRPr="00907DE8" w:rsidRDefault="00C5441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Измерение и счёт как универсальные трудовые действия. Точность и погрешность измерений.</w:t>
      </w:r>
    </w:p>
    <w:p w14:paraId="011F956D" w14:textId="77777777" w:rsidR="003649ED" w:rsidRPr="00907DE8" w:rsidRDefault="00C54418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Действия при работе с бумагой. Действия при работе с тканью. Действия при работе с древесиной. Действия при работе с тонколистовым металлом. Приготовление пищи.</w:t>
      </w:r>
    </w:p>
    <w:p w14:paraId="33B4317E" w14:textId="77777777" w:rsidR="003649ED" w:rsidRPr="00907DE8" w:rsidRDefault="00C5441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Общность и различие действий с различными материалами и пищевыми продуктами.</w:t>
      </w:r>
    </w:p>
    <w:p w14:paraId="22DB7FC6" w14:textId="77777777" w:rsidR="003649ED" w:rsidRPr="00907DE8" w:rsidRDefault="003649ED">
      <w:pPr>
        <w:rPr>
          <w:lang w:val="ru-RU"/>
        </w:rPr>
        <w:sectPr w:rsidR="003649ED" w:rsidRPr="00907DE8">
          <w:pgSz w:w="11900" w:h="16840"/>
          <w:pgMar w:top="298" w:right="650" w:bottom="117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59C19B78" w14:textId="77777777" w:rsidR="003649ED" w:rsidRPr="00907DE8" w:rsidRDefault="003649ED">
      <w:pPr>
        <w:autoSpaceDE w:val="0"/>
        <w:autoSpaceDN w:val="0"/>
        <w:spacing w:after="78" w:line="220" w:lineRule="exact"/>
        <w:rPr>
          <w:lang w:val="ru-RU"/>
        </w:rPr>
      </w:pPr>
    </w:p>
    <w:p w14:paraId="73762631" w14:textId="77777777" w:rsidR="003649ED" w:rsidRPr="00907DE8" w:rsidRDefault="00C54418">
      <w:pPr>
        <w:autoSpaceDE w:val="0"/>
        <w:autoSpaceDN w:val="0"/>
        <w:spacing w:after="0" w:line="230" w:lineRule="auto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14:paraId="16A414FF" w14:textId="77777777" w:rsidR="003649ED" w:rsidRPr="00907DE8" w:rsidRDefault="00C54418">
      <w:pPr>
        <w:autoSpaceDE w:val="0"/>
        <w:autoSpaceDN w:val="0"/>
        <w:spacing w:before="346" w:after="0" w:line="230" w:lineRule="auto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2FC64365" w14:textId="77777777" w:rsidR="003649ED" w:rsidRPr="00907DE8" w:rsidRDefault="00C54418">
      <w:pPr>
        <w:autoSpaceDE w:val="0"/>
        <w:autoSpaceDN w:val="0"/>
        <w:spacing w:before="166" w:after="0" w:line="271" w:lineRule="auto"/>
        <w:ind w:left="180" w:right="864"/>
        <w:rPr>
          <w:lang w:val="ru-RU"/>
        </w:rPr>
      </w:pPr>
      <w:r w:rsidRPr="00907DE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Патриотическое воспитание: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проявление интереса к истории и современному состоянию российской науки и технологии; ценностное отношение к достижениям российских инженеров и учёных.</w:t>
      </w:r>
    </w:p>
    <w:p w14:paraId="64143B7A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морально-этических принципов в деятельности, связанной с реализацией технологий;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773AA397" w14:textId="77777777" w:rsidR="003649ED" w:rsidRPr="00907DE8" w:rsidRDefault="00C54418">
      <w:pPr>
        <w:autoSpaceDE w:val="0"/>
        <w:autoSpaceDN w:val="0"/>
        <w:spacing w:before="70" w:after="0" w:line="271" w:lineRule="auto"/>
        <w:ind w:left="180" w:right="2592"/>
        <w:rPr>
          <w:lang w:val="ru-RU"/>
        </w:rPr>
      </w:pPr>
      <w:r w:rsidRPr="00907DE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Эстетическое воспитание: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восприятие эстетических качеств предметов труда;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умение создавать эстетически значимые изделия из различных материалов.</w:t>
      </w:r>
    </w:p>
    <w:p w14:paraId="1FA2C3C1" w14:textId="77777777" w:rsidR="003649ED" w:rsidRPr="00907DE8" w:rsidRDefault="00C54418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907DE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Ценности научного познания и практической деятельности: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науки как фундамента технологий;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14:paraId="423C8C2B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Формирование культуры здоровья и эмоционального благополучия: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безопасного образа жизни в современном технологическом мире, важности правил безопасной работы с инструментами;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умение распознавать информационные угрозы и осуществ​лять защиту личности от этих угроз.</w:t>
      </w:r>
    </w:p>
    <w:p w14:paraId="27DA2B49" w14:textId="77777777" w:rsidR="003649ED" w:rsidRPr="00907DE8" w:rsidRDefault="00C54418">
      <w:pPr>
        <w:autoSpaceDE w:val="0"/>
        <w:autoSpaceDN w:val="0"/>
        <w:spacing w:before="70" w:after="0" w:line="271" w:lineRule="auto"/>
        <w:ind w:left="180" w:right="1440"/>
        <w:rPr>
          <w:lang w:val="ru-RU"/>
        </w:rPr>
      </w:pPr>
      <w:r w:rsidRPr="00907DE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Трудовое воспитание: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активное участие в решении возникающих практических задач из различных областей; умение ориентироваться в мире современных профессий.</w:t>
      </w:r>
    </w:p>
    <w:p w14:paraId="77BB44F1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Экологическое воспитание: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техносферой;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осознание пределов преобразовательной деятельности человека.</w:t>
      </w:r>
    </w:p>
    <w:p w14:paraId="6650BEF2" w14:textId="77777777" w:rsidR="003649ED" w:rsidRPr="00907DE8" w:rsidRDefault="00C54418">
      <w:pPr>
        <w:autoSpaceDE w:val="0"/>
        <w:autoSpaceDN w:val="0"/>
        <w:spacing w:before="264" w:after="0" w:line="230" w:lineRule="auto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42BA2B3F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168" w:after="0" w:line="286" w:lineRule="auto"/>
        <w:ind w:right="144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познавательными действиями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природных и рукотворных объектов; </w:t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основание для обобщения и сравнения; </w:t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техносфере;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7B19E7D9" w14:textId="77777777" w:rsidR="003649ED" w:rsidRPr="00907DE8" w:rsidRDefault="00C54418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907DE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2BE0797A" w14:textId="77777777" w:rsidR="003649ED" w:rsidRPr="00907DE8" w:rsidRDefault="003649ED">
      <w:pPr>
        <w:rPr>
          <w:lang w:val="ru-RU"/>
        </w:rPr>
        <w:sectPr w:rsidR="003649ED" w:rsidRPr="00907DE8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5DA10AB8" w14:textId="77777777" w:rsidR="003649ED" w:rsidRPr="00907DE8" w:rsidRDefault="003649ED">
      <w:pPr>
        <w:autoSpaceDE w:val="0"/>
        <w:autoSpaceDN w:val="0"/>
        <w:spacing w:after="78" w:line="220" w:lineRule="exact"/>
        <w:rPr>
          <w:lang w:val="ru-RU"/>
        </w:rPr>
      </w:pPr>
    </w:p>
    <w:p w14:paraId="0625270A" w14:textId="77777777" w:rsidR="003649ED" w:rsidRPr="00907DE8" w:rsidRDefault="00C54418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полноту, достоверность и актуальность полученной информации;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опытным путём изучать свойства различных материалов;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величинами;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и оценивать модели объектов, явлений и процессов;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создавать, применять и преобразовывать знаки и символы, модели и схемы для решения учебных и познавательных задач;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оценивать правильность выполнения учебной задачи, собственные возможности её решения; </w:t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5A575737" w14:textId="77777777" w:rsidR="003649ED" w:rsidRPr="00907DE8" w:rsidRDefault="00C54418">
      <w:pPr>
        <w:autoSpaceDE w:val="0"/>
        <w:autoSpaceDN w:val="0"/>
        <w:spacing w:before="72" w:after="0" w:line="281" w:lineRule="auto"/>
        <w:ind w:left="180" w:right="1584"/>
        <w:rPr>
          <w:lang w:val="ru-RU"/>
        </w:rPr>
      </w:pPr>
      <w:r w:rsidRPr="00907DE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форму представления информации в зависимости от поставленной задачи; понимать различие между данными, информацией и знаниями;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начальными навыками работы с «большими данными»;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владеть технологией трансформации данных в информацию, информации в знания.</w:t>
      </w:r>
    </w:p>
    <w:p w14:paraId="63B9B5BD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регулятивными действиями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Самоорганизация: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предложенных условий и требований, корректировать свои действия в соответствии с изменяющейся ситуацией;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14:paraId="667E0EEA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достижения (недостижения) результатов преобразовательной деятельности; </w:t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необходимые коррективы в деятельность по решению задачи или по осуществлению проекта;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0D0F1F7F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2" w:after="0" w:line="271" w:lineRule="auto"/>
        <w:ind w:right="144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1838019D" w14:textId="77777777" w:rsidR="003649ED" w:rsidRPr="00907DE8" w:rsidRDefault="00C54418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универсальными коммуникативными действиями.</w:t>
      </w:r>
    </w:p>
    <w:p w14:paraId="37A29989" w14:textId="77777777" w:rsidR="003649ED" w:rsidRPr="00907DE8" w:rsidRDefault="00C54418">
      <w:pPr>
        <w:autoSpaceDE w:val="0"/>
        <w:autoSpaceDN w:val="0"/>
        <w:spacing w:before="70" w:after="0" w:line="281" w:lineRule="auto"/>
        <w:ind w:left="180" w:right="864"/>
        <w:rPr>
          <w:lang w:val="ru-RU"/>
        </w:rPr>
      </w:pPr>
      <w:r w:rsidRPr="00907DE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Общение: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обсуждения учебного материала, планирования и осуществления учебного проекта; в рамках публичного представления результатов проектной деятельности;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совместного решения задачи с использованием облачных сервисов;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в ходе общения с представителями других культур, в частности в социальных сетях.</w:t>
      </w:r>
    </w:p>
    <w:p w14:paraId="73E8EAC4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деятельность: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работы при реализации учебного проекта; </w:t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уметь адекватно интерпретировать высказывания собеседника — участника совместной деятельности;</w:t>
      </w:r>
    </w:p>
    <w:p w14:paraId="498364C7" w14:textId="77777777" w:rsidR="003649ED" w:rsidRPr="00907DE8" w:rsidRDefault="003649ED">
      <w:pPr>
        <w:rPr>
          <w:lang w:val="ru-RU"/>
        </w:rPr>
        <w:sectPr w:rsidR="003649ED" w:rsidRPr="00907DE8">
          <w:pgSz w:w="11900" w:h="16840"/>
          <w:pgMar w:top="298" w:right="756" w:bottom="308" w:left="666" w:header="720" w:footer="720" w:gutter="0"/>
          <w:cols w:space="720" w:equalWidth="0">
            <w:col w:w="10478" w:space="0"/>
          </w:cols>
          <w:docGrid w:linePitch="360"/>
        </w:sectPr>
      </w:pPr>
    </w:p>
    <w:p w14:paraId="50BDFEA2" w14:textId="77777777" w:rsidR="003649ED" w:rsidRPr="00907DE8" w:rsidRDefault="003649ED">
      <w:pPr>
        <w:autoSpaceDE w:val="0"/>
        <w:autoSpaceDN w:val="0"/>
        <w:spacing w:after="78" w:line="220" w:lineRule="exact"/>
        <w:rPr>
          <w:lang w:val="ru-RU"/>
        </w:rPr>
      </w:pPr>
    </w:p>
    <w:p w14:paraId="23DE6C9D" w14:textId="77777777" w:rsidR="003649ED" w:rsidRPr="00907DE8" w:rsidRDefault="00C54418">
      <w:pPr>
        <w:autoSpaceDE w:val="0"/>
        <w:autoSpaceDN w:val="0"/>
        <w:spacing w:after="0" w:line="262" w:lineRule="auto"/>
        <w:ind w:left="180" w:right="1440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владеть навыками отстаивания своей точки зрения, используя при этом законы логики; уметь распознавать некорректную аргументацию.</w:t>
      </w:r>
    </w:p>
    <w:p w14:paraId="26F97BC2" w14:textId="77777777" w:rsidR="003649ED" w:rsidRPr="00907DE8" w:rsidRDefault="00C54418">
      <w:pPr>
        <w:autoSpaceDE w:val="0"/>
        <w:autoSpaceDN w:val="0"/>
        <w:spacing w:before="262" w:after="0" w:line="230" w:lineRule="auto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4C0D8835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технология»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техники и технологий для прогрессивного развития общества;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техники и технологий в цифровом социуме;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причины и последствия развития техники и технологий;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виды современных технологий и определять перспективы их развития;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строить учебную и практическую деятельность в соответствии со структурой технологии: этапами, операциями, действиями;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научиться конструировать, оценивать и использовать модели в познавательной и практической деятельности;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рабочее место в соответствии с требованиями безопасности;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материалы (древесина, металлы и сплавы, полимеры, текстиль,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сельскохозяйственная продукция);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создавать, применять и преобразовывать знаки и символы, модели и схемы для решения учебных и производственных задач;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коллективно решать задачи с использованием облачных сервисов; </w:t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оперировать понятием «биотехнология»;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методы очистки воды, использовать фильтрование воды;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понятиями «биоэнергетика», «биометаногенез».</w:t>
      </w:r>
    </w:p>
    <w:p w14:paraId="3E2F4513" w14:textId="77777777" w:rsidR="003649ED" w:rsidRPr="00907DE8" w:rsidRDefault="00C54418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«Технология обработки материалов и пищевых продуктов»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познавательную и преобразовательную деятельность человека;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рабочее место в соответствии с требованиями безопасности;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и характеризовать инструменты, приспособления и технологическое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оборудование;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 использовать знания, полученные при изучении других учебных предметов, и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сформированные универсальные учебные действия;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инструменты, приспособления и технологическое оборудование;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технологические операции с использованием ручных инструментов, приспособлений, технологического оборудования;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использовать цифровые инструменты при изготовлении предметов из различных материалов;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технологические операции ручной обработки конструкционных материалов; </w:t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ручные технологии обработки конструкционных материалов;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хранить пищевые продукты;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механическую и тепловую обработку пищевых продуктов, сохраняя их пищевую ценность;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продукты, инструменты и оборудование для приготовления блюда;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доступными средствами контроль качества блюда;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проектировать интерьер помещения с использованием программных сервисов;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составлять последовательность выполнения технологических операций для изготовления швейных изделий;</w:t>
      </w:r>
    </w:p>
    <w:p w14:paraId="3679D25A" w14:textId="77777777" w:rsidR="003649ED" w:rsidRPr="00907DE8" w:rsidRDefault="003649ED">
      <w:pPr>
        <w:rPr>
          <w:lang w:val="ru-RU"/>
        </w:rPr>
        <w:sectPr w:rsidR="003649ED" w:rsidRPr="00907DE8">
          <w:pgSz w:w="11900" w:h="16840"/>
          <w:pgMar w:top="298" w:right="634" w:bottom="392" w:left="666" w:header="720" w:footer="720" w:gutter="0"/>
          <w:cols w:space="720" w:equalWidth="0">
            <w:col w:w="10600" w:space="0"/>
          </w:cols>
          <w:docGrid w:linePitch="360"/>
        </w:sectPr>
      </w:pPr>
    </w:p>
    <w:p w14:paraId="7A87A879" w14:textId="77777777" w:rsidR="003649ED" w:rsidRPr="00907DE8" w:rsidRDefault="003649ED">
      <w:pPr>
        <w:autoSpaceDE w:val="0"/>
        <w:autoSpaceDN w:val="0"/>
        <w:spacing w:after="78" w:line="220" w:lineRule="exact"/>
        <w:rPr>
          <w:lang w:val="ru-RU"/>
        </w:rPr>
      </w:pPr>
    </w:p>
    <w:p w14:paraId="41572BBC" w14:textId="77777777" w:rsidR="003649ED" w:rsidRPr="00907DE8" w:rsidRDefault="00C54418">
      <w:pPr>
        <w:tabs>
          <w:tab w:val="left" w:pos="180"/>
        </w:tabs>
        <w:autoSpaceDE w:val="0"/>
        <w:autoSpaceDN w:val="0"/>
        <w:spacing w:after="0" w:line="283" w:lineRule="auto"/>
        <w:rPr>
          <w:lang w:val="ru-RU"/>
        </w:rPr>
      </w:pP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чертежи простых швейных изделий;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материалы, инструменты и оборудование для выполнения швейных работ;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художественное оформление швейных изделий;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выделять свойства наноструктур;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приводить примеры наноструктур, их использования в технологиях; </w:t>
      </w:r>
      <w:r w:rsidRPr="00907DE8">
        <w:rPr>
          <w:lang w:val="ru-RU"/>
        </w:rPr>
        <w:br/>
      </w:r>
      <w:r w:rsidRPr="00907DE8">
        <w:rPr>
          <w:lang w:val="ru-RU"/>
        </w:rPr>
        <w:tab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получить возможность познакомиться с физическими основы нанотехнологий и их использованием для конструирования новых материалов.</w:t>
      </w:r>
    </w:p>
    <w:p w14:paraId="483595DA" w14:textId="77777777" w:rsidR="003649ED" w:rsidRPr="00907DE8" w:rsidRDefault="003649ED">
      <w:pPr>
        <w:rPr>
          <w:lang w:val="ru-RU"/>
        </w:rPr>
        <w:sectPr w:rsidR="003649ED" w:rsidRPr="00907DE8">
          <w:pgSz w:w="11900" w:h="16840"/>
          <w:pgMar w:top="298" w:right="760" w:bottom="1440" w:left="666" w:header="720" w:footer="720" w:gutter="0"/>
          <w:cols w:space="720" w:equalWidth="0">
            <w:col w:w="10474" w:space="0"/>
          </w:cols>
          <w:docGrid w:linePitch="360"/>
        </w:sectPr>
      </w:pPr>
    </w:p>
    <w:p w14:paraId="4AC29BC5" w14:textId="77777777" w:rsidR="003649ED" w:rsidRPr="00907DE8" w:rsidRDefault="003649ED">
      <w:pPr>
        <w:autoSpaceDE w:val="0"/>
        <w:autoSpaceDN w:val="0"/>
        <w:spacing w:after="64" w:line="220" w:lineRule="exact"/>
        <w:rPr>
          <w:lang w:val="ru-RU"/>
        </w:rPr>
      </w:pPr>
    </w:p>
    <w:p w14:paraId="26DEAAA9" w14:textId="77777777" w:rsidR="003649ED" w:rsidRDefault="00C54418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790"/>
        <w:gridCol w:w="528"/>
        <w:gridCol w:w="1104"/>
        <w:gridCol w:w="1140"/>
        <w:gridCol w:w="866"/>
        <w:gridCol w:w="5402"/>
        <w:gridCol w:w="1118"/>
        <w:gridCol w:w="3158"/>
      </w:tblGrid>
      <w:tr w:rsidR="003649ED" w14:paraId="3B4151F1" w14:textId="77777777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45E3EB" w14:textId="77777777" w:rsidR="003649ED" w:rsidRDefault="00C5441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595FF" w14:textId="77777777" w:rsidR="003649ED" w:rsidRPr="00907DE8" w:rsidRDefault="00C54418">
            <w:pPr>
              <w:autoSpaceDE w:val="0"/>
              <w:autoSpaceDN w:val="0"/>
              <w:spacing w:before="78" w:after="0" w:line="247" w:lineRule="auto"/>
              <w:ind w:left="72" w:right="660"/>
              <w:jc w:val="both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B98397F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27927" w14:textId="77777777" w:rsidR="003649ED" w:rsidRDefault="00C54418">
            <w:pPr>
              <w:autoSpaceDE w:val="0"/>
              <w:autoSpaceDN w:val="0"/>
              <w:spacing w:before="78" w:after="0" w:line="245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EB9F7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4108AE" w14:textId="77777777" w:rsidR="003649ED" w:rsidRDefault="00C54418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6CDC7" w14:textId="77777777" w:rsidR="003649ED" w:rsidRDefault="00C54418">
            <w:pPr>
              <w:autoSpaceDE w:val="0"/>
              <w:autoSpaceDN w:val="0"/>
              <w:spacing w:before="78" w:after="0" w:line="245" w:lineRule="auto"/>
              <w:ind w:left="72" w:right="115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649ED" w14:paraId="0BAD423D" w14:textId="77777777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4DC3" w14:textId="77777777" w:rsidR="003649ED" w:rsidRDefault="003649E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090E" w14:textId="77777777" w:rsidR="003649ED" w:rsidRDefault="003649ED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54869" w14:textId="77777777" w:rsidR="003649ED" w:rsidRDefault="00C5441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7B465" w14:textId="77777777" w:rsidR="003649ED" w:rsidRDefault="00C54418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4904EC7" w14:textId="77777777" w:rsidR="003649ED" w:rsidRDefault="00C54418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F2AD1BA" w14:textId="77777777" w:rsidR="003649ED" w:rsidRDefault="003649E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B792" w14:textId="77777777" w:rsidR="003649ED" w:rsidRDefault="003649E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1E33" w14:textId="77777777" w:rsidR="003649ED" w:rsidRDefault="003649E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7346" w14:textId="77777777" w:rsidR="003649ED" w:rsidRDefault="003649ED"/>
        </w:tc>
      </w:tr>
      <w:tr w:rsidR="003649ED" w14:paraId="029EAD71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D2D0BD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Производство и технология</w:t>
            </w:r>
          </w:p>
        </w:tc>
      </w:tr>
      <w:tr w:rsidR="003649ED" w14:paraId="4527987F" w14:textId="77777777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70862B" w14:textId="77777777" w:rsidR="003649ED" w:rsidRDefault="00C54418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D7E95B" w14:textId="77777777" w:rsidR="003649ED" w:rsidRDefault="00C54418">
            <w:pPr>
              <w:autoSpaceDE w:val="0"/>
              <w:autoSpaceDN w:val="0"/>
              <w:spacing w:before="8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Преобразовательная деятельность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00859" w14:textId="77777777" w:rsidR="003649ED" w:rsidRDefault="00C54418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D1254" w14:textId="77777777" w:rsidR="003649ED" w:rsidRDefault="00C54418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1E4EBBE" w14:textId="77777777" w:rsidR="003649ED" w:rsidRDefault="00C54418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4BFF3" w14:textId="77777777" w:rsidR="003649ED" w:rsidRDefault="00C54418">
            <w:pPr>
              <w:autoSpaceDE w:val="0"/>
              <w:autoSpaceDN w:val="0"/>
              <w:spacing w:before="8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01.09.2022 17.09.2022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B4A4A5" w14:textId="77777777" w:rsidR="003649ED" w:rsidRPr="00907DE8" w:rsidRDefault="00C54418">
            <w:pPr>
              <w:autoSpaceDE w:val="0"/>
              <w:autoSpaceDN w:val="0"/>
              <w:spacing w:before="80" w:after="0" w:line="245" w:lineRule="auto"/>
              <w:ind w:left="72" w:right="576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познавательную и преобразовательную деятельность человека;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1D1FD7" w14:textId="77777777" w:rsidR="003649ED" w:rsidRDefault="00C54418">
            <w:pPr>
              <w:autoSpaceDE w:val="0"/>
              <w:autoSpaceDN w:val="0"/>
              <w:spacing w:before="80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Тестирование; 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B430A" w14:textId="77777777" w:rsidR="003649ED" w:rsidRDefault="00C54418">
            <w:pPr>
              <w:autoSpaceDE w:val="0"/>
              <w:autoSpaceDN w:val="0"/>
              <w:spacing w:before="8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https://resh.edu.ru/subject/48/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https://www.trudoviki.net/publ/uroki/2 https://catalog.prosv.ru/category/</w:t>
            </w:r>
          </w:p>
        </w:tc>
      </w:tr>
      <w:tr w:rsidR="003649ED" w14:paraId="2D1645A7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120D04" w14:textId="77777777" w:rsidR="003649ED" w:rsidRDefault="00C5441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8A13DE" w14:textId="77777777" w:rsidR="003649ED" w:rsidRDefault="00C54418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Алгоритмы и начала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28F514" w14:textId="77777777" w:rsidR="003649ED" w:rsidRDefault="00C5441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4EDA67" w14:textId="77777777" w:rsidR="003649ED" w:rsidRDefault="00C5441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41D8EF7" w14:textId="77777777" w:rsidR="003649ED" w:rsidRDefault="00C5441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262A2" w14:textId="47669712" w:rsidR="003649ED" w:rsidRDefault="00C54418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19.09.2022 0</w:t>
            </w:r>
            <w:r w:rsid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.10.2022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8ED6F1" w14:textId="77777777" w:rsidR="003649ED" w:rsidRPr="00907DE8" w:rsidRDefault="00C54418">
            <w:pPr>
              <w:autoSpaceDE w:val="0"/>
              <w:autoSpaceDN w:val="0"/>
              <w:spacing w:before="76" w:after="0" w:line="245" w:lineRule="auto"/>
              <w:ind w:left="72" w:right="2016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выделять алгоритмы среди других предписаний; формулировать свойства алгоритмов;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D89937" w14:textId="77777777" w:rsidR="003649ED" w:rsidRDefault="00C54418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7ABFA1" w14:textId="77777777" w:rsidR="003649ED" w:rsidRDefault="00C54418">
            <w:pPr>
              <w:autoSpaceDE w:val="0"/>
              <w:autoSpaceDN w:val="0"/>
              <w:spacing w:before="76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https://resh.edu.ru/subject/48/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https://www.trudoviki.net/publ/uroki/2 https://catalog.prosv.ru/category/</w:t>
            </w:r>
          </w:p>
        </w:tc>
      </w:tr>
      <w:tr w:rsidR="003649ED" w14:paraId="7A37DAD3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7ADA0E" w14:textId="77777777" w:rsidR="003649ED" w:rsidRDefault="00C5441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C2260" w14:textId="77777777" w:rsidR="003649ED" w:rsidRDefault="00C54418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Простейшие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механические роботы-исполнители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FAE2A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1973AC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C777568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E01496" w14:textId="5A4F2334" w:rsidR="003649ED" w:rsidRDefault="00C5441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 w:rsid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.10.2022 1</w:t>
            </w:r>
            <w:r w:rsid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.10.2022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2976E" w14:textId="77777777" w:rsidR="003649ED" w:rsidRPr="00907DE8" w:rsidRDefault="00C54418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планирование пути достижения целей, выбор наиболее эффективных способов решения поставленной задачи;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F8481B" w14:textId="77777777" w:rsidR="003649ED" w:rsidRDefault="00C54418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опрос;;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F2F1EC" w14:textId="77777777" w:rsidR="003649ED" w:rsidRDefault="00C54418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https://resh.edu.ru/subject/48/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https://www.trudoviki.net/publ/uroki/2 https://catalog.prosv.ru/category/</w:t>
            </w:r>
          </w:p>
        </w:tc>
      </w:tr>
      <w:tr w:rsidR="003649ED" w:rsidRPr="007C441F" w14:paraId="427B1D0F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D2C6AA" w14:textId="77777777" w:rsidR="003649ED" w:rsidRDefault="00C5441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1C44E4" w14:textId="77777777" w:rsidR="003649ED" w:rsidRDefault="00C54418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Простейшие машины и механизмы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BD691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33658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8389440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9C43A0" w14:textId="2A4616E6" w:rsidR="003649ED" w:rsidRDefault="00C5441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 w:rsid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.10.2022 </w:t>
            </w:r>
            <w:r w:rsid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.10.2022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B2BF0" w14:textId="77777777" w:rsidR="003649ED" w:rsidRPr="00907DE8" w:rsidRDefault="00C54418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основные виды механических движений;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3175B9" w14:textId="77777777" w:rsidR="003649ED" w:rsidRPr="00907DE8" w:rsidRDefault="00C54418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E0464" w14:textId="77777777" w:rsidR="003649ED" w:rsidRPr="00907DE8" w:rsidRDefault="00C54418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/48/ </w:t>
            </w:r>
            <w:r w:rsidRPr="00907DE8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trudoviki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publ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uroki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prosv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category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649ED" w14:paraId="406439C7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6B327" w14:textId="77777777" w:rsidR="003649ED" w:rsidRDefault="00C5441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38574" w14:textId="77777777" w:rsidR="003649ED" w:rsidRPr="00907DE8" w:rsidRDefault="00C54418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Механические, электро-технические и робото-технические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конструкторы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3AC60" w14:textId="77777777" w:rsidR="003649ED" w:rsidRDefault="00C5441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78B4AB" w14:textId="77777777" w:rsidR="003649ED" w:rsidRDefault="00C5441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7B7DD24" w14:textId="77777777" w:rsidR="003649ED" w:rsidRDefault="00C5441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B5976" w14:textId="77777777" w:rsidR="003649ED" w:rsidRDefault="00C54418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09.11.2022 15.11.2022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93E439" w14:textId="77777777" w:rsidR="003649ED" w:rsidRPr="00907DE8" w:rsidRDefault="00C5441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основные детали конструктора и знать их назначение;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74F2C" w14:textId="77777777" w:rsidR="003649ED" w:rsidRDefault="00C54418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953D79" w14:textId="77777777" w:rsidR="003649ED" w:rsidRDefault="00C54418">
            <w:pPr>
              <w:autoSpaceDE w:val="0"/>
              <w:autoSpaceDN w:val="0"/>
              <w:spacing w:before="76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https://resh.edu.ru/subject/48/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https://www.trudoviki.net/publ/uroki/2 https://catalog.prosv.ru/category/</w:t>
            </w:r>
          </w:p>
        </w:tc>
      </w:tr>
      <w:tr w:rsidR="003649ED" w:rsidRPr="007C441F" w14:paraId="61ED603A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95391" w14:textId="77777777" w:rsidR="003649ED" w:rsidRDefault="00C5441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D7DE6E" w14:textId="77777777" w:rsidR="003649ED" w:rsidRDefault="00C54418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Простые механические модели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7D0C5C" w14:textId="77777777" w:rsidR="003649ED" w:rsidRDefault="00C5441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4FFC90" w14:textId="77777777" w:rsidR="003649ED" w:rsidRDefault="00C5441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39903AC" w14:textId="77777777" w:rsidR="003649ED" w:rsidRDefault="00C5441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2E8B6B" w14:textId="56C65355" w:rsidR="003649ED" w:rsidRDefault="00C54418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16.11.2022 2</w:t>
            </w:r>
            <w:r w:rsid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.12.2022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A7489C" w14:textId="77777777" w:rsidR="003649ED" w:rsidRPr="00907DE8" w:rsidRDefault="00C54418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сборка простых механических моделей с использованием цилиндрической передачи, конической передачи, червячной передачи, ременной передачи, кулисы;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99601E" w14:textId="77777777" w:rsidR="003649ED" w:rsidRPr="00907DE8" w:rsidRDefault="00C54418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091166" w14:textId="77777777" w:rsidR="003649ED" w:rsidRPr="00907DE8" w:rsidRDefault="00C54418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/48/ </w:t>
            </w:r>
            <w:r w:rsidRPr="00907DE8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trudoviki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publ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uroki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prosv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category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649ED" w14:paraId="4E813A1A" w14:textId="77777777">
        <w:trPr>
          <w:trHeight w:hRule="exact" w:val="108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9179AB" w14:textId="77777777" w:rsidR="003649ED" w:rsidRDefault="00C5441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584D6" w14:textId="77777777" w:rsidR="003649ED" w:rsidRPr="00907DE8" w:rsidRDefault="00C54418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Простые модели с элементами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F5FF48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F1219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676119C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E8747" w14:textId="3CA72BA2" w:rsidR="003649ED" w:rsidRDefault="00C5441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  <w:r w:rsid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.12.2022 16.01.2023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8A76E" w14:textId="77777777" w:rsidR="003649ED" w:rsidRPr="00907DE8" w:rsidRDefault="00C54418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сборка простых механических моделей с элементами управления;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6BEB60" w14:textId="77777777" w:rsidR="003649ED" w:rsidRDefault="00C54418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316F22" w14:textId="77777777" w:rsidR="003649ED" w:rsidRDefault="00C54418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https://resh.edu.ru/subject/48/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https://www.trudoviki.net/publ/uroki/2 https://catalog.prosv.ru/category/</w:t>
            </w:r>
          </w:p>
        </w:tc>
      </w:tr>
      <w:tr w:rsidR="003649ED" w14:paraId="34F3EF1D" w14:textId="77777777">
        <w:trPr>
          <w:trHeight w:hRule="exact" w:val="350"/>
        </w:trPr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ED914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AA1BE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2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BC8D2" w14:textId="77777777" w:rsidR="003649ED" w:rsidRDefault="003649ED"/>
        </w:tc>
      </w:tr>
      <w:tr w:rsidR="003649ED" w:rsidRPr="007C441F" w14:paraId="7A3E7FDA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2908AD" w14:textId="77777777" w:rsidR="003649ED" w:rsidRPr="00907DE8" w:rsidRDefault="00C5441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2. </w:t>
            </w:r>
            <w:r w:rsidRPr="00907DE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649ED" w14:paraId="6CAA99FB" w14:textId="77777777">
        <w:trPr>
          <w:trHeight w:hRule="exact" w:val="9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BBD870" w14:textId="77777777" w:rsidR="003649ED" w:rsidRDefault="00C5441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6B1F79" w14:textId="77777777" w:rsidR="003649ED" w:rsidRPr="00907DE8" w:rsidRDefault="00C54418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Структура технологии: от материала к изделию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3362D" w14:textId="77777777" w:rsidR="003649ED" w:rsidRDefault="00C5441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258A8" w14:textId="77777777" w:rsidR="003649ED" w:rsidRDefault="00C5441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EEFE59F" w14:textId="77777777" w:rsidR="003649ED" w:rsidRDefault="00C5441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48CE45" w14:textId="187DC552" w:rsidR="003649ED" w:rsidRDefault="00C54418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17.01.2023 0</w:t>
            </w:r>
            <w:r w:rsid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.02.2023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1DE7CF" w14:textId="77777777" w:rsidR="003649ED" w:rsidRPr="00907DE8" w:rsidRDefault="00C5441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основные элементы технологической цепочки;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52D9A0" w14:textId="77777777" w:rsidR="003649ED" w:rsidRDefault="00C54418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39869" w14:textId="77777777" w:rsidR="003649ED" w:rsidRDefault="00C54418">
            <w:pPr>
              <w:autoSpaceDE w:val="0"/>
              <w:autoSpaceDN w:val="0"/>
              <w:spacing w:before="76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https://resh.edu.ru/subject/48/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https://www.trudoviki.net/publ/uroki/2 https://catalog.prosv.ru/category/</w:t>
            </w:r>
          </w:p>
        </w:tc>
      </w:tr>
    </w:tbl>
    <w:p w14:paraId="67E227F8" w14:textId="77777777" w:rsidR="003649ED" w:rsidRDefault="003649ED">
      <w:pPr>
        <w:autoSpaceDE w:val="0"/>
        <w:autoSpaceDN w:val="0"/>
        <w:spacing w:after="0" w:line="14" w:lineRule="exact"/>
      </w:pPr>
    </w:p>
    <w:p w14:paraId="6A24439C" w14:textId="77777777" w:rsidR="003649ED" w:rsidRDefault="003649ED">
      <w:pPr>
        <w:sectPr w:rsidR="003649ED">
          <w:pgSz w:w="16840" w:h="11900"/>
          <w:pgMar w:top="282" w:right="640" w:bottom="49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0C42B4CE" w14:textId="77777777" w:rsidR="003649ED" w:rsidRDefault="00364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790"/>
        <w:gridCol w:w="528"/>
        <w:gridCol w:w="1104"/>
        <w:gridCol w:w="1140"/>
        <w:gridCol w:w="866"/>
        <w:gridCol w:w="5402"/>
        <w:gridCol w:w="1118"/>
        <w:gridCol w:w="3158"/>
      </w:tblGrid>
      <w:tr w:rsidR="003649ED" w14:paraId="3E511476" w14:textId="77777777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F0359" w14:textId="77777777" w:rsidR="003649ED" w:rsidRDefault="00C5441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D0563C" w14:textId="77777777" w:rsidR="003649ED" w:rsidRPr="00907DE8" w:rsidRDefault="00C54418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Материалы и изделия. Пищевые продукты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88FAAA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050E71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807F836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CA36C9" w14:textId="77777777" w:rsidR="003649ED" w:rsidRDefault="00C5441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04.02.2023 11.03.2023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A4B0EF" w14:textId="77777777" w:rsidR="003649ED" w:rsidRPr="00907DE8" w:rsidRDefault="00C54418">
            <w:pPr>
              <w:autoSpaceDE w:val="0"/>
              <w:autoSpaceDN w:val="0"/>
              <w:spacing w:before="78" w:after="0" w:line="252" w:lineRule="auto"/>
              <w:ind w:left="72" w:right="720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свойства бумаги и области её использования; называть основные свойства ткани и области её использования; называть основные свойства древесины и области её использования; называть основные свойства металлов и области их использования; называть металлические детали машин и механизмов;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свойства бумаги, ткани, дерева, металла;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49A97" w14:textId="77777777" w:rsidR="003649ED" w:rsidRDefault="00C54418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4B5D8F" w14:textId="77777777" w:rsidR="003649ED" w:rsidRDefault="00C54418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https://resh.edu.ru/subject/48/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https://www.trudoviki.net/publ/uroki/2 https://catalog.prosv.ru/category/</w:t>
            </w:r>
          </w:p>
        </w:tc>
      </w:tr>
      <w:tr w:rsidR="003649ED" w14:paraId="3D96F510" w14:textId="77777777">
        <w:trPr>
          <w:trHeight w:hRule="exact" w:val="12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AC0B8" w14:textId="77777777" w:rsidR="003649ED" w:rsidRDefault="00C5441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0221E" w14:textId="77777777" w:rsidR="003649ED" w:rsidRPr="00907DE8" w:rsidRDefault="00C54418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Современные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материалы и их свойства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F9B97B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4D82B1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59BA66E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C938A" w14:textId="77777777" w:rsidR="003649ED" w:rsidRDefault="00C5441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13.03.2023 29.03.2023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C4FD36" w14:textId="77777777" w:rsidR="003649ED" w:rsidRPr="00907DE8" w:rsidRDefault="00C54418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свойства современных материалов и области их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использования;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формулировать основные принципы создания композитных материалов; сравнивать свойства бумаги, ткани, дерева, металла со свойствами доступных учащимся видов пластмасс;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32BF8E" w14:textId="77777777" w:rsidR="003649ED" w:rsidRDefault="00C54418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EB9A9A" w14:textId="77777777" w:rsidR="003649ED" w:rsidRDefault="00C54418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https://resh.edu.ru/subject/48/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https://www.trudoviki.net/publ/uroki/2 https://catalog.prosv.ru/category/</w:t>
            </w:r>
          </w:p>
        </w:tc>
      </w:tr>
      <w:tr w:rsidR="003649ED" w:rsidRPr="007C441F" w14:paraId="29A5DFEE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444EF6" w14:textId="77777777" w:rsidR="003649ED" w:rsidRDefault="00C5441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61FA3" w14:textId="77777777" w:rsidR="003649ED" w:rsidRDefault="00C54418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Основные ручные 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489C1C" w14:textId="77777777" w:rsidR="003649ED" w:rsidRDefault="00C5441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99CD97" w14:textId="77777777" w:rsidR="003649ED" w:rsidRDefault="00C5441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370F798" w14:textId="77777777" w:rsidR="003649ED" w:rsidRDefault="00C5441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73E9C" w14:textId="77777777" w:rsidR="003649ED" w:rsidRDefault="00C54418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01.04.2023 31.05.2023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89CFF2" w14:textId="77777777" w:rsidR="003649ED" w:rsidRPr="00907DE8" w:rsidRDefault="00C54418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назначение инструментов для работы с данным материалом; оценивать эффективность использования данного инструмента;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выбирать инструменты, необходимые для изготовления данного изделия; создавать с помощью инструментов простейшие изделия из бумаги, ткани, древесины, железа;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FB589F" w14:textId="77777777" w:rsidR="003649ED" w:rsidRPr="00907DE8" w:rsidRDefault="00C54418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83A034" w14:textId="77777777" w:rsidR="003649ED" w:rsidRPr="00907DE8" w:rsidRDefault="00C54418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/48/ </w:t>
            </w:r>
            <w:r w:rsidRPr="00907DE8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trudoviki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publ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uroki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prosv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category</w:t>
            </w: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649ED" w14:paraId="35C28B50" w14:textId="77777777">
        <w:trPr>
          <w:trHeight w:hRule="exact" w:val="348"/>
        </w:trPr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8C7CA9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973902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2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72E4DB" w14:textId="77777777" w:rsidR="003649ED" w:rsidRDefault="003649ED"/>
        </w:tc>
      </w:tr>
      <w:tr w:rsidR="003649ED" w14:paraId="5D35B1C4" w14:textId="77777777">
        <w:trPr>
          <w:trHeight w:hRule="exact" w:val="520"/>
        </w:trPr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67492B" w14:textId="77777777" w:rsidR="003649ED" w:rsidRPr="00907DE8" w:rsidRDefault="00C54418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EA694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938D5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3061EA5" w14:textId="77777777" w:rsidR="003649ED" w:rsidRDefault="00C5441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0544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D25C8E" w14:textId="77777777" w:rsidR="003649ED" w:rsidRDefault="003649ED"/>
        </w:tc>
      </w:tr>
    </w:tbl>
    <w:p w14:paraId="6FF1818B" w14:textId="77777777" w:rsidR="003649ED" w:rsidRDefault="003649ED">
      <w:pPr>
        <w:autoSpaceDE w:val="0"/>
        <w:autoSpaceDN w:val="0"/>
        <w:spacing w:after="0" w:line="14" w:lineRule="exact"/>
      </w:pPr>
    </w:p>
    <w:p w14:paraId="1F03AD6E" w14:textId="77777777" w:rsidR="003649ED" w:rsidRDefault="003649ED">
      <w:pPr>
        <w:sectPr w:rsidR="003649E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6B211938" w14:textId="77777777" w:rsidR="003649ED" w:rsidRDefault="003649ED">
      <w:pPr>
        <w:autoSpaceDE w:val="0"/>
        <w:autoSpaceDN w:val="0"/>
        <w:spacing w:after="78" w:line="220" w:lineRule="exact"/>
      </w:pPr>
    </w:p>
    <w:p w14:paraId="6FD16563" w14:textId="77777777" w:rsidR="003649ED" w:rsidRDefault="00C54418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3649ED" w14:paraId="42651A8D" w14:textId="77777777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2B8478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85D306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FD6871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9C9A08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CDFCB9" w14:textId="77777777" w:rsidR="003649ED" w:rsidRDefault="00C54418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3649ED" w14:paraId="67C862E1" w14:textId="77777777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68CB" w14:textId="77777777" w:rsidR="003649ED" w:rsidRDefault="003649ED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F7DC" w14:textId="77777777" w:rsidR="003649ED" w:rsidRDefault="003649E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696AAC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2E015A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6D4BA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C74D" w14:textId="77777777" w:rsidR="003649ED" w:rsidRDefault="003649ED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A5BE" w14:textId="77777777" w:rsidR="003649ED" w:rsidRDefault="003649ED"/>
        </w:tc>
      </w:tr>
      <w:tr w:rsidR="003649ED" w14:paraId="7DDE89A7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86516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EE3D20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техносфера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BEADC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5DEC0A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507AF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74AC6D" w14:textId="296A7A82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07A1FF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019F555C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3B996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39B50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техносфера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6A348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6D678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2942A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EF5C6E" w14:textId="3D339205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07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B9DEA5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21C19483" w14:textId="77777777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A4FCF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F4AA8B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технология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3F5C7A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BA72F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D9A172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13777E" w14:textId="7F42B629" w:rsidR="003649ED" w:rsidRDefault="00C54418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DBF7E3" w14:textId="77777777" w:rsidR="003649ED" w:rsidRDefault="00C54418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2C56DB9F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6B1F4A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9C081E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технология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F01D2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9B01C4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F7048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A336D9" w14:textId="3DFCEAEF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C019E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6BBD8C1C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3438B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703858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Преобразовательная деятельность человека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E517A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F87011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EFFF3C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1F9070" w14:textId="5D254474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F50B40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3649ED" w14:paraId="259CD05B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B503BC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5D1CFC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техника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2DD9A6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3709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284E2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B07E89" w14:textId="55EA24E3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31C98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2DDDC1D6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F2046F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0D3D7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техника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EBBDD0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DC52F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24FC6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B4581" w14:textId="1D15F0AA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465954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7BE3E40B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61EBCF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03F76" w14:textId="77777777" w:rsidR="003649ED" w:rsidRPr="00907DE8" w:rsidRDefault="00C54418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Инструменты, механизмы и технические устройства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AF74D9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2280A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E35A6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CF6F3" w14:textId="735E3917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AA935C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38C84F47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B07FF7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2A1E3E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Понятие о технической системе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D6FF92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17761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19C8CA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38B9F7" w14:textId="0CF20C75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42F546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165C0AFD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63041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C6292B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Понятие о технической системе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2644B0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260DA0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56601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86F4A7" w14:textId="4164860A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647EA9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1BEB12A5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1E4D78" w14:textId="77777777" w:rsidR="003649ED" w:rsidRDefault="00C54418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8EF252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Роботы и робототехника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F32C0C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EDB6BB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7ECD7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5C3D5" w14:textId="72432515" w:rsidR="003649ED" w:rsidRDefault="008765C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08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6800C" w14:textId="77777777" w:rsidR="003649ED" w:rsidRDefault="00C54418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665E1449" w14:textId="7777777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3705F5" w14:textId="77777777" w:rsidR="003649ED" w:rsidRDefault="00C54418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EC3C74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Роботы и робототехника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D80DAD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917019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866F81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70B4F4" w14:textId="38A585BB" w:rsidR="003649ED" w:rsidRDefault="00C54418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DACFAD" w14:textId="77777777" w:rsidR="003649ED" w:rsidRDefault="00C54418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16F90FEE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3D18D9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F1EF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машин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84A7C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263FC9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69D377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26714" w14:textId="72244F05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.10.2022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994501" w14:textId="77777777" w:rsidR="003649ED" w:rsidRDefault="00C54418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3649ED" w14:paraId="301B33A4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4EBC2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56A8F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машин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45DE2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8F8E1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20A0B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C333B2" w14:textId="4680491A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A326FB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5653FC1A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98E6DC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DD35F3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Простые и сложные механизмы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B95A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9E4FE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2A144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E18200" w14:textId="7719742D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44FABD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4EE35C4D" w14:textId="7777777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FB4A4F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5EA2E0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Простые и сложные механизмы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9B2DAF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34894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29E6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032E02" w14:textId="4333AF57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08C7BC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14:paraId="0358CA1F" w14:textId="77777777" w:rsidR="003649ED" w:rsidRDefault="003649ED">
      <w:pPr>
        <w:autoSpaceDE w:val="0"/>
        <w:autoSpaceDN w:val="0"/>
        <w:spacing w:after="0" w:line="14" w:lineRule="exact"/>
      </w:pPr>
    </w:p>
    <w:p w14:paraId="004EBA11" w14:textId="77777777" w:rsidR="003649ED" w:rsidRDefault="003649ED">
      <w:pPr>
        <w:sectPr w:rsidR="003649ED">
          <w:pgSz w:w="11900" w:h="16840"/>
          <w:pgMar w:top="298" w:right="650" w:bottom="53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6744D77E" w14:textId="77777777" w:rsidR="003649ED" w:rsidRDefault="00364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3649ED" w14:paraId="3DAE9654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0BFB41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B2C5DB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Простейшие машины и механизмы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D22D9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EB2D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F513E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0CBCBF" w14:textId="2537F52C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09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B1C3BB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3649ED" w14:paraId="7978EFDB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C9F399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321AD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Простейшие машины и механизмы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7FD5A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34E9A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F447B1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6F2898" w14:textId="257A155B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751A25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55E4A36A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968C7C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98487D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Простейшие машины и механизмы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1BC47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40B39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37038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8FDB36" w14:textId="185BB73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D9A03A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00C6152E" w14:textId="7777777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5E0B40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E265C0" w14:textId="77777777" w:rsidR="003649ED" w:rsidRPr="00907DE8" w:rsidRDefault="00C54418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и характеристики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передаточных механизмов.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645E0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93750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FD2811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F6F98E" w14:textId="40B5A5F0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D08D35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4A3A3E2F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2740E7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1CACA" w14:textId="77777777" w:rsidR="003649ED" w:rsidRPr="00907DE8" w:rsidRDefault="00C54418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и характеристики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передаточных механизмов.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FD89C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9AEAA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283F2A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C00D3" w14:textId="7BE9D527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88A54D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504712E7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70684B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5DC934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Цилиндрическая передача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CC66E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552B39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80B8F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9075B1" w14:textId="21917311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FFF42C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58FE5B87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ACF65E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7454CE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Цилиндрическая передача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648D0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435A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ACBD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3BBDB7" w14:textId="72A31348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EA0CEB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1E552B1A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A20D0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98C1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Коническая передача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9F9DC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75A6B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890A14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46E11" w14:textId="0AA737F8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F62FC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0B48CAB7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6337D9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624A89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Коническая передача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24748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056301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B41300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9C795" w14:textId="1EA0B9F2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07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A7E37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649ED" w14:paraId="3C62D555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9593F1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5946A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Червячная передача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7BCFF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1A750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95B9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AE6CD" w14:textId="2CE4A08B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51C7D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76C48C6A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9EE357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442B2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Червячная передача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FF621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629B0A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2BF8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DB53CC" w14:textId="5FBA5A13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A8F34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649ED" w14:paraId="4966709E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4BA622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314849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Ременная передача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AEDB9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2AAC69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25045A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499C1" w14:textId="605777A0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B6FA3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649ED" w14:paraId="5057B16F" w14:textId="7777777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B4446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771A55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Простые механические модели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39EDBE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627B1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1854D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7C1DF1" w14:textId="70C7BBC0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56BDD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3649ED" w14:paraId="4CAAF522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ED959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2505FF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энергия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63D93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91A537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7C27B0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0B7CC1" w14:textId="2D7672BE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DCE95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024FC76D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8AEC5F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9ADC3E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энергии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0074C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24C11C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10220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B4CE2" w14:textId="4A44A176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1149FA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419841EB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A25EA3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157C57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Двигатели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500061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B5CF0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99128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69308A" w14:textId="17FDB91E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781A5D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649ED" w14:paraId="3A32AB11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25AFF0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B3C52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двигателей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5B6C2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10751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29C4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1E7D9" w14:textId="69645D08" w:rsidR="003649ED" w:rsidRDefault="008765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 xml:space="preserve">.01.2023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F82F12" w14:textId="77777777" w:rsidR="003649ED" w:rsidRDefault="00C54418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3649ED" w14:paraId="4201F0D5" w14:textId="77777777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D989BC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85D3FA" w14:textId="77777777" w:rsidR="003649ED" w:rsidRPr="00907DE8" w:rsidRDefault="00C54418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Технологии получения, преобразования и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использования энергии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220020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6BB174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38348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5060B0" w14:textId="4610B20B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9F969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14:paraId="5F81045A" w14:textId="77777777" w:rsidR="003649ED" w:rsidRDefault="003649ED">
      <w:pPr>
        <w:autoSpaceDE w:val="0"/>
        <w:autoSpaceDN w:val="0"/>
        <w:spacing w:after="0" w:line="14" w:lineRule="exact"/>
      </w:pPr>
    </w:p>
    <w:p w14:paraId="7390DCE4" w14:textId="77777777" w:rsidR="003649ED" w:rsidRDefault="003649ED">
      <w:pPr>
        <w:sectPr w:rsidR="003649ED">
          <w:pgSz w:w="11900" w:h="16840"/>
          <w:pgMar w:top="284" w:right="650" w:bottom="50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1776FBC2" w14:textId="77777777" w:rsidR="003649ED" w:rsidRDefault="00364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3649ED" w14:paraId="3A6658DC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50EBA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32D9D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деятельность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DB4ED6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6C6A1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FDCD6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7D2C9" w14:textId="39BFB4B3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E4915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5ACEE58E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6BCC8A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926ABA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деятельность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153BEF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91BEA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A09C8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A29E12" w14:textId="43E2AF78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6F202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01EA469B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496695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12E7A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творчество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91020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08466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282C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F5166" w14:textId="44C95D3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4298BC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0E27BF86" w14:textId="7777777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A367C7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D0EB00" w14:textId="77777777" w:rsidR="003649ED" w:rsidRPr="00907DE8" w:rsidRDefault="00C54418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этапы творческой проектной деятельности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D4483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2A74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37B444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0B8985" w14:textId="246F8E0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76DB0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4EB993FB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EB2F34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7EA838" w14:textId="77777777" w:rsidR="003649ED" w:rsidRPr="00907DE8" w:rsidRDefault="00C54418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этапы творческой проектной деятельности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84D5F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8D3E54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D106E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C25CC" w14:textId="055BE3A2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08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92FB26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649ED" w14:paraId="69750E62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6EE058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A179D7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материалов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CC2031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FBF800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661008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202A9" w14:textId="5B526CDA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ACDBB3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19379B81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B5B3D2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0608C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материалов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44ABD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81D7F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6C551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CA32B" w14:textId="617FBD22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DC9472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4EE1CA64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55F49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352892" w14:textId="77777777" w:rsidR="003649ED" w:rsidRPr="00907DE8" w:rsidRDefault="00C54418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Натуральные,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искусственные и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синтетические материалы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623399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621DCC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1DCAD7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FB68A1" w14:textId="2B38FD42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9D01D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6EDEC667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1E40B5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A54C8C" w14:textId="77777777" w:rsidR="003649ED" w:rsidRPr="00907DE8" w:rsidRDefault="00C54418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Натуральные,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искусственные и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синтетические материалы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68D2C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12A3A2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1C3EB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9FBE0A" w14:textId="183DEF04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4A5654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60FB06F8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E6137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4684C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Конструкционные материалы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722C6A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1E9B4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37B22E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BB8253" w14:textId="343C05B1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838E68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24769DC9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47341C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A6CBBF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Конструкционные материалы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3335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360326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3A18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F8478D" w14:textId="5D09B3EA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DDD10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27F46D3D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8FDBDE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2C82A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Сырьѐ как предмет труда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5B81E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A52DF6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E1391F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90C64" w14:textId="20A229DB" w:rsidR="003649ED" w:rsidRDefault="008765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04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 xml:space="preserve">.03.2023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D1FA9" w14:textId="77777777" w:rsidR="003649ED" w:rsidRDefault="00C54418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3649ED" w14:paraId="47D0123F" w14:textId="7777777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0F84A4" w14:textId="77777777" w:rsidR="003649ED" w:rsidRDefault="00C54418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606C5B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Промышленное сырьѐ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29C4A9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6A6CEC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1784C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D0B7EE" w14:textId="2F7318D3" w:rsidR="003649ED" w:rsidRDefault="00C54418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2CE168" w14:textId="77777777" w:rsidR="003649ED" w:rsidRDefault="00C54418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02280397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8CEF6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85F34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Вторичное сырьѐ и полуфабрикаты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390B56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4939F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50092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B5D67" w14:textId="346F977E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BB2285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7BCE7C98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E5EF8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2E22E5" w14:textId="77777777" w:rsidR="003649ED" w:rsidRPr="00907DE8" w:rsidRDefault="00C54418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Материалы и изделия. Пищевые продукты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FD6AA9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F1831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3F4EA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B8D8E2" w14:textId="00EE9B44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653C7E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3649ED" w14:paraId="40EE00C6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ED6B8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D0224A" w14:textId="77777777" w:rsidR="003649ED" w:rsidRPr="00907DE8" w:rsidRDefault="00C54418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Современные материалы и их свойства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C05BB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BEFA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76720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022B06" w14:textId="6756FAB4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3957E6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4FF5B0D3" w14:textId="77777777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A08D31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553B6F" w14:textId="77777777" w:rsidR="003649ED" w:rsidRPr="00907DE8" w:rsidRDefault="00C54418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Наноструктуры и их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в различных технологиях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D5F8B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B3C486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87110F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6581F" w14:textId="44C3B730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8F77DA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14:paraId="1F8D6532" w14:textId="77777777" w:rsidR="003649ED" w:rsidRDefault="003649ED">
      <w:pPr>
        <w:autoSpaceDE w:val="0"/>
        <w:autoSpaceDN w:val="0"/>
        <w:spacing w:after="0" w:line="14" w:lineRule="exact"/>
      </w:pPr>
    </w:p>
    <w:p w14:paraId="0E700124" w14:textId="77777777" w:rsidR="003649ED" w:rsidRDefault="003649ED">
      <w:pPr>
        <w:sectPr w:rsidR="003649ED">
          <w:pgSz w:w="11900" w:h="16840"/>
          <w:pgMar w:top="284" w:right="650" w:bottom="584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79E86A9C" w14:textId="77777777" w:rsidR="003649ED" w:rsidRDefault="00364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3649ED" w14:paraId="6B1BC485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4EED23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C4B54" w14:textId="77777777" w:rsidR="003649ED" w:rsidRPr="00907DE8" w:rsidRDefault="00C54418">
            <w:pPr>
              <w:autoSpaceDE w:val="0"/>
              <w:autoSpaceDN w:val="0"/>
              <w:spacing w:before="98" w:after="0" w:line="271" w:lineRule="auto"/>
              <w:ind w:left="72" w:right="1008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Композиты и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нанокомпозиты, их применение.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12B9C4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6D95C1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6E934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FD2C6E" w14:textId="5375167E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08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9E6F2C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47A47E3E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4F24D8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53621" w14:textId="77777777" w:rsidR="003649ED" w:rsidRPr="00907DE8" w:rsidRDefault="00C54418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Умные материалы и их применение.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A6AA7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1A5A44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05B520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25EF9" w14:textId="112BA496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241D6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41BD30C5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8BDFA7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FB5F3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Аллотропные соединения углерода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C41288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7AA9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27819A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A3AD44" w14:textId="3E022426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3AC5A6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189F45DC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4C9A4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84469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Столярные инструменты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2553F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12690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53B331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E387E" w14:textId="0D1869B3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99FD81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1A452D04" w14:textId="77777777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47D679" w14:textId="77777777" w:rsidR="003649ED" w:rsidRDefault="00C54418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BB9B9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Столярные инструменты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10B8E8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92A027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16EC63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73AE1" w14:textId="7A826BDE" w:rsidR="003649ED" w:rsidRDefault="00C54418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1A83F5" w14:textId="77777777" w:rsidR="003649ED" w:rsidRDefault="00C54418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71158934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DCB237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ADD7ED" w14:textId="77777777" w:rsidR="003649ED" w:rsidRPr="00907DE8" w:rsidRDefault="00C54418">
            <w:pPr>
              <w:autoSpaceDE w:val="0"/>
              <w:autoSpaceDN w:val="0"/>
              <w:spacing w:before="98" w:after="0"/>
              <w:ind w:left="72" w:right="720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технологии обработки древесных материалов ручными инструментами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160F6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18A3E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91544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BD766" w14:textId="28EEE322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63648F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50BD9F85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D8620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4F6BBD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Выполнение столярных операций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E52401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A2F508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9F165C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9BB2F" w14:textId="03D636C4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FEEC56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649ED" w14:paraId="08D8E0AA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D89F6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C25145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Выполнение столярных операций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4B907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B302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28C72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32FA88" w14:textId="28DF6F44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C21CD5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649ED" w14:paraId="19299D9B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2F7F9A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EE001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Слесарные инструменты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2474E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A4EFDE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931BD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F3103" w14:textId="00BDEF7B" w:rsidR="003649ED" w:rsidRDefault="008765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06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28253E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4E7F03F3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0143B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64FBD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Слесарные инструменты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1F44CC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F1528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B9192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C7969" w14:textId="353589BB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9A9626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3649ED" w14:paraId="64E2EEFB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C75A70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580BB" w14:textId="77777777" w:rsidR="003649ED" w:rsidRPr="00907DE8" w:rsidRDefault="00C54418">
            <w:pPr>
              <w:autoSpaceDE w:val="0"/>
              <w:autoSpaceDN w:val="0"/>
              <w:spacing w:before="98" w:after="0"/>
              <w:ind w:left="72" w:right="720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технологии обработки металлов и пластмасс ручными </w:t>
            </w:r>
            <w:r w:rsidRPr="00907DE8">
              <w:rPr>
                <w:lang w:val="ru-RU"/>
              </w:rPr>
              <w:br/>
            </w: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инструментами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8847D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4F814E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07BA2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33B7B6" w14:textId="0D1BCF40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1BB45A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188739CE" w14:textId="7777777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710FC" w14:textId="77777777" w:rsidR="003649ED" w:rsidRDefault="00C54418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392C6" w14:textId="77777777" w:rsidR="003649ED" w:rsidRDefault="00C54418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Выполнение слесарных операций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32A042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3AADC9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29DF7F" w14:textId="77777777" w:rsidR="003649ED" w:rsidRDefault="00C544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FDF0F" w14:textId="5781F1F0" w:rsidR="003649ED" w:rsidRDefault="008765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</w:t>
            </w:r>
            <w:r w:rsidR="00C54418">
              <w:rPr>
                <w:rFonts w:ascii="Times New Roman" w:eastAsia="Times New Roman" w:hAnsi="Times New Roman"/>
                <w:color w:val="000000"/>
                <w:sz w:val="24"/>
              </w:rPr>
              <w:t xml:space="preserve">.05.2023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D06B6" w14:textId="77777777" w:rsidR="003649ED" w:rsidRDefault="00C54418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3649ED" w14:paraId="30790BE4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C14478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6C5EA7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Выполнение слесарных операций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77E2D7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46387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F0BEFE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DBCB9F" w14:textId="2DB4A4DD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F7930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649ED" w14:paraId="0A6D5597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CA0192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AB0C6B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Основные ручные инструменты.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8183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5204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38BF9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1D9CF0" w14:textId="66C2F8B9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1A4F9F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3649ED" w14:paraId="04888100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7938A1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7E49DD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Технологии пластического формования материалов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460CC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62772F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31055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164094" w14:textId="2751D6F4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B85457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1781DC00" w14:textId="7777777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985FD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25FC19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Станки с ЧПУ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4525F7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E8198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4E90A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FB70C" w14:textId="45B4AC5D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  <w:r w:rsidR="008765C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E2EAF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14:paraId="6BE1991B" w14:textId="77777777" w:rsidR="003649ED" w:rsidRDefault="003649ED">
      <w:pPr>
        <w:autoSpaceDE w:val="0"/>
        <w:autoSpaceDN w:val="0"/>
        <w:spacing w:after="0" w:line="14" w:lineRule="exact"/>
      </w:pPr>
    </w:p>
    <w:p w14:paraId="48BB87FC" w14:textId="77777777" w:rsidR="003649ED" w:rsidRDefault="003649ED">
      <w:pPr>
        <w:sectPr w:rsidR="003649ED">
          <w:pgSz w:w="11900" w:h="16840"/>
          <w:pgMar w:top="284" w:right="650" w:bottom="662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5D5CAD08" w14:textId="77777777" w:rsidR="003649ED" w:rsidRDefault="00364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3649ED" w14:paraId="4151BA06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6E79E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07ED3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Станки с ЧПУ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9E4A1B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DC566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DAC0DA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5737D" w14:textId="77777777" w:rsidR="003649ED" w:rsidRDefault="00C5441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CC6BD5" w14:textId="77777777" w:rsidR="003649ED" w:rsidRDefault="00C5441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3649ED" w14:paraId="3BE7FEA9" w14:textId="77777777">
        <w:trPr>
          <w:trHeight w:hRule="exact" w:val="808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A4461" w14:textId="77777777" w:rsidR="003649ED" w:rsidRPr="00907DE8" w:rsidRDefault="00C54418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07DE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E3306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85BB4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E2B8CC" w14:textId="77777777" w:rsidR="003649ED" w:rsidRDefault="00C544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D82A9F" w14:textId="77777777" w:rsidR="003649ED" w:rsidRDefault="003649ED"/>
        </w:tc>
      </w:tr>
    </w:tbl>
    <w:p w14:paraId="4E217E9F" w14:textId="77777777" w:rsidR="003649ED" w:rsidRDefault="003649ED">
      <w:pPr>
        <w:autoSpaceDE w:val="0"/>
        <w:autoSpaceDN w:val="0"/>
        <w:spacing w:after="0" w:line="14" w:lineRule="exact"/>
      </w:pPr>
    </w:p>
    <w:p w14:paraId="760382CF" w14:textId="77777777" w:rsidR="003649ED" w:rsidRDefault="003649ED">
      <w:pPr>
        <w:sectPr w:rsidR="003649ED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7FBE325C" w14:textId="77777777" w:rsidR="003649ED" w:rsidRDefault="003649ED">
      <w:pPr>
        <w:autoSpaceDE w:val="0"/>
        <w:autoSpaceDN w:val="0"/>
        <w:spacing w:after="78" w:line="220" w:lineRule="exact"/>
      </w:pPr>
    </w:p>
    <w:p w14:paraId="3E9EFAAB" w14:textId="77777777" w:rsidR="003649ED" w:rsidRDefault="00C54418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14:paraId="740346B6" w14:textId="77777777" w:rsidR="003649ED" w:rsidRPr="00907DE8" w:rsidRDefault="00C54418">
      <w:pPr>
        <w:autoSpaceDE w:val="0"/>
        <w:autoSpaceDN w:val="0"/>
        <w:spacing w:before="346" w:after="0" w:line="298" w:lineRule="auto"/>
        <w:ind w:right="576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Технология. 5 класс/Тищенко А.Т., Синица Н.В., Общество с ограниченной ответственностью«Издательский центр ВЕНТАНА-ГРАФ»; Акционерное общество «Издательство Просвещение»; Введите свой вариант:</w:t>
      </w:r>
    </w:p>
    <w:p w14:paraId="3CBCB718" w14:textId="77777777" w:rsidR="003649ED" w:rsidRPr="00907DE8" w:rsidRDefault="00C54418">
      <w:pPr>
        <w:autoSpaceDE w:val="0"/>
        <w:autoSpaceDN w:val="0"/>
        <w:spacing w:before="262" w:after="0" w:line="298" w:lineRule="auto"/>
        <w:ind w:right="288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907DE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irooo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biblioteka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/344-</w:t>
      </w:r>
      <w:r>
        <w:rPr>
          <w:rFonts w:ascii="Times New Roman" w:eastAsia="Times New Roman" w:hAnsi="Times New Roman"/>
          <w:color w:val="000000"/>
          <w:sz w:val="24"/>
        </w:rPr>
        <w:t>metodicheskie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materialy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ispolzovaniyu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federalnogo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perechnya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uchebnikov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/4413-</w:t>
      </w:r>
      <w:r>
        <w:rPr>
          <w:rFonts w:ascii="Times New Roman" w:eastAsia="Times New Roman" w:hAnsi="Times New Roman"/>
          <w:color w:val="000000"/>
          <w:sz w:val="24"/>
        </w:rPr>
        <w:t>rekomendatsii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ispol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zovaniyu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umk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iz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dejstvuyushchego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federal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nogo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perechnya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pri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perekhode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na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obnovlennye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fgos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07DE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/48/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trudoviki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publ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uroki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/2</w:t>
      </w:r>
    </w:p>
    <w:p w14:paraId="2EC8DAAD" w14:textId="77777777" w:rsidR="003649ED" w:rsidRPr="00907DE8" w:rsidRDefault="00C54418">
      <w:pPr>
        <w:autoSpaceDE w:val="0"/>
        <w:autoSpaceDN w:val="0"/>
        <w:spacing w:before="262" w:after="0" w:line="302" w:lineRule="auto"/>
        <w:ind w:right="576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prosv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category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/48/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trudoviki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publ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uroki</w:t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/2</w:t>
      </w:r>
    </w:p>
    <w:p w14:paraId="7AE301E3" w14:textId="77777777" w:rsidR="003649ED" w:rsidRDefault="003649ED">
      <w:pPr>
        <w:rPr>
          <w:lang w:val="ru-RU"/>
        </w:rPr>
      </w:pPr>
    </w:p>
    <w:p w14:paraId="645A68B4" w14:textId="77777777" w:rsidR="003649ED" w:rsidRPr="00907DE8" w:rsidRDefault="003649ED">
      <w:pPr>
        <w:autoSpaceDE w:val="0"/>
        <w:autoSpaceDN w:val="0"/>
        <w:spacing w:after="78" w:line="220" w:lineRule="exact"/>
        <w:rPr>
          <w:lang w:val="ru-RU"/>
        </w:rPr>
      </w:pPr>
    </w:p>
    <w:p w14:paraId="7B6FA44B" w14:textId="77777777" w:rsidR="003649ED" w:rsidRPr="00907DE8" w:rsidRDefault="00C54418">
      <w:pPr>
        <w:autoSpaceDE w:val="0"/>
        <w:autoSpaceDN w:val="0"/>
        <w:spacing w:after="0" w:line="230" w:lineRule="auto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14:paraId="04FEC876" w14:textId="77777777" w:rsidR="003649ED" w:rsidRPr="00907DE8" w:rsidRDefault="00C54418">
      <w:pPr>
        <w:autoSpaceDE w:val="0"/>
        <w:autoSpaceDN w:val="0"/>
        <w:spacing w:before="346" w:after="0" w:line="230" w:lineRule="auto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14:paraId="3D5D0A0B" w14:textId="77777777" w:rsidR="003649ED" w:rsidRPr="00907DE8" w:rsidRDefault="00C54418">
      <w:pPr>
        <w:autoSpaceDE w:val="0"/>
        <w:autoSpaceDN w:val="0"/>
        <w:spacing w:before="166" w:after="0" w:line="271" w:lineRule="auto"/>
        <w:ind w:right="1296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УМК: 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1. География. 5-6 класс. Авторы: А.И. Алексеев, В.В. Николина, Е.К. Липкина и др. – М.: Просвещение, 2020).</w:t>
      </w:r>
    </w:p>
    <w:p w14:paraId="35572429" w14:textId="77777777" w:rsidR="003649ED" w:rsidRPr="00907DE8" w:rsidRDefault="00C54418">
      <w:pPr>
        <w:autoSpaceDE w:val="0"/>
        <w:autoSpaceDN w:val="0"/>
        <w:spacing w:before="70" w:after="0" w:line="230" w:lineRule="auto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2. География. Атлас 5-6 класс. Автор-составитель Матвеев А.В. – М.: Просвещение, 2020).</w:t>
      </w:r>
    </w:p>
    <w:p w14:paraId="6B12FC67" w14:textId="77777777" w:rsidR="003649ED" w:rsidRPr="00907DE8" w:rsidRDefault="00C54418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3. География. Контурные карты. 5 класс. Автор-составитель Матвеев А.В. – М.: Просвещение, 2020). 4. Поурочные разработки. География. 5-6 класс. Авторы: В.В. Николина – М.: Просвещение, 2012).</w:t>
      </w:r>
    </w:p>
    <w:p w14:paraId="5269EE82" w14:textId="77777777" w:rsidR="003649ED" w:rsidRPr="00907DE8" w:rsidRDefault="00C54418">
      <w:pPr>
        <w:autoSpaceDE w:val="0"/>
        <w:autoSpaceDN w:val="0"/>
        <w:spacing w:before="264" w:after="0" w:line="230" w:lineRule="auto"/>
        <w:rPr>
          <w:lang w:val="ru-RU"/>
        </w:rPr>
      </w:pPr>
      <w:r w:rsidRPr="00907DE8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14:paraId="3E4E1CD9" w14:textId="71CC5B38" w:rsidR="003649ED" w:rsidRPr="000B68F1" w:rsidRDefault="00C54418" w:rsidP="000B68F1">
      <w:pPr>
        <w:autoSpaceDE w:val="0"/>
        <w:autoSpaceDN w:val="0"/>
        <w:spacing w:before="168" w:after="0" w:line="288" w:lineRule="auto"/>
        <w:ind w:right="144"/>
        <w:rPr>
          <w:lang w:val="ru-RU"/>
        </w:rPr>
        <w:sectPr w:rsidR="003649ED" w:rsidRPr="000B68F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Средства обучения: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• учебно-практическое и учебно-лабораторное оборудование, в том числе комплект натуральных объектов, модели, школьная метеостанция, приборы и инструменты для проведения демонстраций и практических занятий;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• комплект технических и информационно-коммуникативных средств обучения: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• - компьютер;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• - мультимедиа-проектор;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• - электронные приложения к учебникам,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• - выход в Интернет;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>• комплекты географических карт и печатных демонстрационных пособий (таблицы, портреты выдающихся географов и путешественников) по всем разделам школьного курса географии;• комплект экранно-звуковых пособий и слайдов;</w:t>
      </w:r>
      <w:r w:rsidRPr="00907DE8">
        <w:rPr>
          <w:lang w:val="ru-RU"/>
        </w:rPr>
        <w:br/>
      </w:r>
      <w:r w:rsidRPr="00907DE8">
        <w:rPr>
          <w:rFonts w:ascii="Times New Roman" w:eastAsia="Times New Roman" w:hAnsi="Times New Roman"/>
          <w:color w:val="000000"/>
          <w:sz w:val="24"/>
          <w:lang w:val="ru-RU"/>
        </w:rPr>
        <w:t xml:space="preserve">• библиотека </w:t>
      </w:r>
      <w:r w:rsidRPr="000B68F1">
        <w:rPr>
          <w:rFonts w:ascii="Times New Roman" w:eastAsia="Times New Roman" w:hAnsi="Times New Roman"/>
          <w:color w:val="000000"/>
          <w:sz w:val="24"/>
          <w:lang w:val="ru-RU"/>
        </w:rPr>
        <w:t>учебной, справочно-информационной и научно-популярной литературы.</w:t>
      </w:r>
    </w:p>
    <w:p w14:paraId="55B58A38" w14:textId="77777777" w:rsidR="00C54418" w:rsidRPr="000B68F1" w:rsidRDefault="00C54418">
      <w:pPr>
        <w:rPr>
          <w:lang w:val="ru-RU"/>
        </w:rPr>
      </w:pPr>
    </w:p>
    <w:sectPr w:rsidR="00C54418" w:rsidRPr="000B68F1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8F1"/>
    <w:rsid w:val="0015074B"/>
    <w:rsid w:val="0029639D"/>
    <w:rsid w:val="00326F90"/>
    <w:rsid w:val="00361A18"/>
    <w:rsid w:val="003649ED"/>
    <w:rsid w:val="007C441F"/>
    <w:rsid w:val="008765CC"/>
    <w:rsid w:val="00907DE8"/>
    <w:rsid w:val="00A17BA9"/>
    <w:rsid w:val="00AA1D8D"/>
    <w:rsid w:val="00B47730"/>
    <w:rsid w:val="00C5441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6CEE93"/>
  <w14:defaultImageDpi w14:val="300"/>
  <w15:docId w15:val="{728840A2-0172-42D2-BB75-03269EC8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4828</Words>
  <Characters>27526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11</cp:revision>
  <cp:lastPrinted>2022-09-10T16:02:00Z</cp:lastPrinted>
  <dcterms:created xsi:type="dcterms:W3CDTF">2022-09-09T05:38:00Z</dcterms:created>
  <dcterms:modified xsi:type="dcterms:W3CDTF">2022-09-14T07:59:00Z</dcterms:modified>
  <cp:category/>
</cp:coreProperties>
</file>